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781" w:type="dxa"/>
        <w:tblInd w:w="-5" w:type="dxa"/>
        <w:tblLook w:val="04A0" w:firstRow="1" w:lastRow="0" w:firstColumn="1" w:lastColumn="0" w:noHBand="0" w:noVBand="1"/>
      </w:tblPr>
      <w:tblGrid>
        <w:gridCol w:w="2467"/>
        <w:gridCol w:w="7314"/>
      </w:tblGrid>
      <w:tr w:rsidR="00605C53" w14:paraId="4C31583D" w14:textId="602652E9" w:rsidTr="00BD6866">
        <w:trPr>
          <w:trHeight w:val="343"/>
        </w:trPr>
        <w:tc>
          <w:tcPr>
            <w:tcW w:w="2467" w:type="dxa"/>
          </w:tcPr>
          <w:p w14:paraId="0595502C" w14:textId="2BB2EF22" w:rsidR="00605C53" w:rsidRPr="00605C53" w:rsidRDefault="00605C53" w:rsidP="00605C53">
            <w:pP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05C5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Öğrencinin Adı Soyadı:</w:t>
            </w:r>
          </w:p>
        </w:tc>
        <w:tc>
          <w:tcPr>
            <w:tcW w:w="7314" w:type="dxa"/>
          </w:tcPr>
          <w:p w14:paraId="3947960D" w14:textId="1A0FE0D1" w:rsidR="00605C53" w:rsidRDefault="00605C53" w:rsidP="00605C53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</w:p>
        </w:tc>
      </w:tr>
      <w:tr w:rsidR="00605C53" w14:paraId="3F08BC30" w14:textId="77777777" w:rsidTr="00BD6866">
        <w:trPr>
          <w:trHeight w:val="254"/>
        </w:trPr>
        <w:tc>
          <w:tcPr>
            <w:tcW w:w="2467" w:type="dxa"/>
          </w:tcPr>
          <w:p w14:paraId="1C12F51A" w14:textId="7DCF8D12" w:rsidR="00605C53" w:rsidRPr="00605C53" w:rsidRDefault="00605C53" w:rsidP="00605C53">
            <w:pP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05C5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Sınıf /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Öğrenci n</w:t>
            </w:r>
            <w:r w:rsidRPr="00605C5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o:</w:t>
            </w:r>
          </w:p>
        </w:tc>
        <w:tc>
          <w:tcPr>
            <w:tcW w:w="7314" w:type="dxa"/>
          </w:tcPr>
          <w:p w14:paraId="1E51B13A" w14:textId="77777777" w:rsidR="00605C53" w:rsidRDefault="00605C53" w:rsidP="00605C53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</w:p>
        </w:tc>
      </w:tr>
      <w:tr w:rsidR="00605C53" w14:paraId="16C69021" w14:textId="77777777" w:rsidTr="00BD6866">
        <w:trPr>
          <w:trHeight w:val="247"/>
        </w:trPr>
        <w:tc>
          <w:tcPr>
            <w:tcW w:w="2467" w:type="dxa"/>
          </w:tcPr>
          <w:p w14:paraId="4D28472B" w14:textId="54440746" w:rsidR="00605C53" w:rsidRPr="00605C53" w:rsidRDefault="00605C53" w:rsidP="00605C53">
            <w:pP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05C5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Tarih:</w:t>
            </w:r>
          </w:p>
        </w:tc>
        <w:tc>
          <w:tcPr>
            <w:tcW w:w="7314" w:type="dxa"/>
          </w:tcPr>
          <w:p w14:paraId="1D3F0C46" w14:textId="77777777" w:rsidR="00605C53" w:rsidRDefault="00605C53" w:rsidP="00605C53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</w:p>
        </w:tc>
      </w:tr>
      <w:tr w:rsidR="00605C53" w14:paraId="772CB4D9" w14:textId="77777777" w:rsidTr="00BD6866">
        <w:trPr>
          <w:trHeight w:val="254"/>
        </w:trPr>
        <w:tc>
          <w:tcPr>
            <w:tcW w:w="2467" w:type="dxa"/>
          </w:tcPr>
          <w:p w14:paraId="5A940C64" w14:textId="55B6E3A9" w:rsidR="00605C53" w:rsidRPr="00605C53" w:rsidRDefault="00605C53" w:rsidP="00605C53">
            <w:pP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05C5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Akademik danışman:</w:t>
            </w:r>
          </w:p>
        </w:tc>
        <w:tc>
          <w:tcPr>
            <w:tcW w:w="7314" w:type="dxa"/>
          </w:tcPr>
          <w:p w14:paraId="7CAC4053" w14:textId="77777777" w:rsidR="00605C53" w:rsidRDefault="00605C53" w:rsidP="00605C53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</w:p>
        </w:tc>
      </w:tr>
    </w:tbl>
    <w:p w14:paraId="6B17402A" w14:textId="56ACAF72" w:rsidR="007C17E1" w:rsidRPr="00605C53" w:rsidRDefault="00F337DF" w:rsidP="00605C53">
      <w:pPr>
        <w:pStyle w:val="Balk2"/>
        <w:rPr>
          <w:rFonts w:ascii="Times New Roman" w:hAnsi="Times New Roman" w:cs="Times New Roman"/>
          <w:color w:val="000000" w:themeColor="text1"/>
          <w:sz w:val="22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 w:val="22"/>
          <w:szCs w:val="20"/>
        </w:rPr>
        <w:t xml:space="preserve">BÖLÜM 1: </w:t>
      </w:r>
      <w:r w:rsidR="007C17E1" w:rsidRPr="00605C53">
        <w:rPr>
          <w:rFonts w:ascii="Times New Roman" w:hAnsi="Times New Roman" w:cs="Times New Roman"/>
          <w:color w:val="000000" w:themeColor="text1"/>
          <w:sz w:val="22"/>
          <w:szCs w:val="20"/>
        </w:rPr>
        <w:t>AKADEMİK BAŞARI (</w:t>
      </w:r>
      <w:r w:rsidR="00335F74">
        <w:rPr>
          <w:rFonts w:ascii="Times New Roman" w:hAnsi="Times New Roman" w:cs="Times New Roman"/>
          <w:color w:val="000000" w:themeColor="text1"/>
          <w:sz w:val="22"/>
          <w:szCs w:val="20"/>
        </w:rPr>
        <w:t>Geçme notunun</w:t>
      </w:r>
      <w:r w:rsidR="00EA3F14" w:rsidRPr="00605C53">
        <w:rPr>
          <w:rFonts w:ascii="Times New Roman" w:hAnsi="Times New Roman" w:cs="Times New Roman"/>
          <w:color w:val="000000" w:themeColor="text1"/>
          <w:sz w:val="22"/>
          <w:szCs w:val="20"/>
        </w:rPr>
        <w:t xml:space="preserve"> altında olan tüm derslerinize  </w:t>
      </w:r>
      <w:r w:rsidR="007C17E1" w:rsidRPr="00605C53">
        <w:rPr>
          <w:rFonts w:ascii="Times New Roman" w:hAnsi="Times New Roman" w:cs="Times New Roman"/>
          <w:color w:val="000000" w:themeColor="text1"/>
          <w:sz w:val="22"/>
          <w:szCs w:val="20"/>
        </w:rPr>
        <w:t xml:space="preserve">göre </w:t>
      </w:r>
      <w:r w:rsidR="00EA3F14" w:rsidRPr="00605C53">
        <w:rPr>
          <w:rFonts w:ascii="Times New Roman" w:hAnsi="Times New Roman" w:cs="Times New Roman"/>
          <w:color w:val="000000" w:themeColor="text1"/>
          <w:sz w:val="22"/>
          <w:szCs w:val="20"/>
        </w:rPr>
        <w:t xml:space="preserve">aşağıdaki tabloyu </w:t>
      </w:r>
      <w:r w:rsidR="007C17E1" w:rsidRPr="00605C53">
        <w:rPr>
          <w:rFonts w:ascii="Times New Roman" w:hAnsi="Times New Roman" w:cs="Times New Roman"/>
          <w:color w:val="000000" w:themeColor="text1"/>
          <w:sz w:val="22"/>
          <w:szCs w:val="20"/>
        </w:rPr>
        <w:t>dolduru</w:t>
      </w:r>
      <w:r w:rsidR="00EA3F14" w:rsidRPr="00605C53">
        <w:rPr>
          <w:rFonts w:ascii="Times New Roman" w:hAnsi="Times New Roman" w:cs="Times New Roman"/>
          <w:color w:val="000000" w:themeColor="text1"/>
          <w:sz w:val="22"/>
          <w:szCs w:val="20"/>
        </w:rPr>
        <w:t>nuz.</w:t>
      </w:r>
      <w:r w:rsidR="007C17E1" w:rsidRPr="00605C53">
        <w:rPr>
          <w:rFonts w:ascii="Times New Roman" w:hAnsi="Times New Roman" w:cs="Times New Roman"/>
          <w:color w:val="000000" w:themeColor="text1"/>
          <w:sz w:val="22"/>
          <w:szCs w:val="20"/>
        </w:rPr>
        <w:t>)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2157"/>
        <w:gridCol w:w="2157"/>
        <w:gridCol w:w="2485"/>
        <w:gridCol w:w="2977"/>
      </w:tblGrid>
      <w:tr w:rsidR="00B37BDB" w:rsidRPr="00605C53" w14:paraId="3832EFB5" w14:textId="77777777" w:rsidTr="00BD6866">
        <w:tc>
          <w:tcPr>
            <w:tcW w:w="2157" w:type="dxa"/>
          </w:tcPr>
          <w:p w14:paraId="76057DF8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05C53">
              <w:rPr>
                <w:rFonts w:ascii="Times New Roman" w:hAnsi="Times New Roman" w:cs="Times New Roman"/>
                <w:color w:val="000000" w:themeColor="text1"/>
                <w:szCs w:val="20"/>
              </w:rPr>
              <w:t>Ders Adı</w:t>
            </w:r>
          </w:p>
        </w:tc>
        <w:tc>
          <w:tcPr>
            <w:tcW w:w="2157" w:type="dxa"/>
          </w:tcPr>
          <w:p w14:paraId="4BBE96E4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05C53">
              <w:rPr>
                <w:rFonts w:ascii="Times New Roman" w:hAnsi="Times New Roman" w:cs="Times New Roman"/>
                <w:color w:val="000000" w:themeColor="text1"/>
                <w:szCs w:val="20"/>
              </w:rPr>
              <w:t>Son Not (Varsa)</w:t>
            </w:r>
          </w:p>
        </w:tc>
        <w:tc>
          <w:tcPr>
            <w:tcW w:w="2485" w:type="dxa"/>
          </w:tcPr>
          <w:p w14:paraId="69AF9625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05C53">
              <w:rPr>
                <w:rFonts w:ascii="Times New Roman" w:hAnsi="Times New Roman" w:cs="Times New Roman"/>
                <w:color w:val="000000" w:themeColor="text1"/>
                <w:szCs w:val="20"/>
              </w:rPr>
              <w:t>Derse İlgi Düzeyim (1-5)</w:t>
            </w:r>
          </w:p>
        </w:tc>
        <w:tc>
          <w:tcPr>
            <w:tcW w:w="2977" w:type="dxa"/>
          </w:tcPr>
          <w:p w14:paraId="10200A2C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05C53">
              <w:rPr>
                <w:rFonts w:ascii="Times New Roman" w:hAnsi="Times New Roman" w:cs="Times New Roman"/>
                <w:color w:val="000000" w:themeColor="text1"/>
                <w:szCs w:val="20"/>
              </w:rPr>
              <w:t>Anlama Güçlüğü (Evet/Hayır)</w:t>
            </w:r>
          </w:p>
        </w:tc>
      </w:tr>
      <w:tr w:rsidR="00B37BDB" w:rsidRPr="00605C53" w14:paraId="231A0A2F" w14:textId="77777777" w:rsidTr="00BD6866">
        <w:tc>
          <w:tcPr>
            <w:tcW w:w="2157" w:type="dxa"/>
          </w:tcPr>
          <w:p w14:paraId="1522D5AA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57" w:type="dxa"/>
          </w:tcPr>
          <w:p w14:paraId="746B853D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485" w:type="dxa"/>
          </w:tcPr>
          <w:p w14:paraId="5BE374FD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977" w:type="dxa"/>
          </w:tcPr>
          <w:p w14:paraId="400BE341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B37BDB" w:rsidRPr="00605C53" w14:paraId="272BA0E1" w14:textId="77777777" w:rsidTr="00BD6866">
        <w:tc>
          <w:tcPr>
            <w:tcW w:w="2157" w:type="dxa"/>
          </w:tcPr>
          <w:p w14:paraId="3905712F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57" w:type="dxa"/>
          </w:tcPr>
          <w:p w14:paraId="20D3F630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485" w:type="dxa"/>
          </w:tcPr>
          <w:p w14:paraId="7E98484E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977" w:type="dxa"/>
          </w:tcPr>
          <w:p w14:paraId="331AD35F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B37BDB" w:rsidRPr="00605C53" w14:paraId="554908E0" w14:textId="77777777" w:rsidTr="00BD6866">
        <w:tc>
          <w:tcPr>
            <w:tcW w:w="2157" w:type="dxa"/>
          </w:tcPr>
          <w:p w14:paraId="4FC7A883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57" w:type="dxa"/>
          </w:tcPr>
          <w:p w14:paraId="39987C16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485" w:type="dxa"/>
          </w:tcPr>
          <w:p w14:paraId="29DD314F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977" w:type="dxa"/>
          </w:tcPr>
          <w:p w14:paraId="25B96AF5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B37BDB" w:rsidRPr="00605C53" w14:paraId="0588446C" w14:textId="77777777" w:rsidTr="00BD6866">
        <w:tc>
          <w:tcPr>
            <w:tcW w:w="2157" w:type="dxa"/>
          </w:tcPr>
          <w:p w14:paraId="6DE66B57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57" w:type="dxa"/>
          </w:tcPr>
          <w:p w14:paraId="3BB0CD03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485" w:type="dxa"/>
          </w:tcPr>
          <w:p w14:paraId="08B5AEDB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977" w:type="dxa"/>
          </w:tcPr>
          <w:p w14:paraId="3D01B4F7" w14:textId="77777777" w:rsidR="007C17E1" w:rsidRPr="00605C53" w:rsidRDefault="007C17E1" w:rsidP="007A11BA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</w:tbl>
    <w:p w14:paraId="73FA2072" w14:textId="77777777" w:rsidR="00BD6866" w:rsidRDefault="007C17E1">
      <w:pPr>
        <w:pStyle w:val="Balk2"/>
        <w:rPr>
          <w:rFonts w:ascii="Times New Roman" w:hAnsi="Times New Roman" w:cs="Times New Roman"/>
          <w:color w:val="000000" w:themeColor="text1"/>
          <w:sz w:val="22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 w:val="22"/>
          <w:szCs w:val="20"/>
        </w:rPr>
        <w:t xml:space="preserve">BÖLÜM 2: </w:t>
      </w:r>
      <w:r w:rsidR="00F337DF" w:rsidRPr="00605C53">
        <w:rPr>
          <w:rFonts w:ascii="Times New Roman" w:hAnsi="Times New Roman" w:cs="Times New Roman"/>
          <w:color w:val="000000" w:themeColor="text1"/>
          <w:sz w:val="22"/>
          <w:szCs w:val="20"/>
        </w:rPr>
        <w:t xml:space="preserve">ÖĞRENME MOTİVASYONU </w:t>
      </w:r>
    </w:p>
    <w:p w14:paraId="6A9A8A59" w14:textId="2B23F67B" w:rsidR="00EB4335" w:rsidRPr="00605C53" w:rsidRDefault="00F337DF" w:rsidP="00FC0387">
      <w:pPr>
        <w:pStyle w:val="Balk2"/>
        <w:spacing w:before="0"/>
        <w:rPr>
          <w:rFonts w:ascii="Times New Roman" w:hAnsi="Times New Roman" w:cs="Times New Roman"/>
          <w:color w:val="000000" w:themeColor="text1"/>
          <w:sz w:val="22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 w:val="22"/>
          <w:szCs w:val="20"/>
        </w:rPr>
        <w:t>(</w:t>
      </w:r>
      <w:r w:rsidRPr="00BD6866">
        <w:rPr>
          <w:rFonts w:ascii="Times New Roman" w:hAnsi="Times New Roman" w:cs="Times New Roman"/>
          <w:b w:val="0"/>
          <w:color w:val="000000" w:themeColor="text1"/>
          <w:sz w:val="22"/>
          <w:szCs w:val="20"/>
        </w:rPr>
        <w:t>Her ifadeyi 1–5 arasında değerlendiriniz</w:t>
      </w:r>
      <w:r w:rsidR="00BD6866" w:rsidRPr="00BD6866">
        <w:rPr>
          <w:rFonts w:ascii="Times New Roman" w:hAnsi="Times New Roman" w:cs="Times New Roman"/>
          <w:b w:val="0"/>
          <w:color w:val="000000" w:themeColor="text1"/>
          <w:sz w:val="22"/>
          <w:szCs w:val="20"/>
        </w:rPr>
        <w:t>. 1 = Hiç Katılmıyorum, 2=Katılmıyorum, 3=Kararsızım, 4=Katılıyorum, 5 = Tamamen Katılıyorum</w:t>
      </w:r>
      <w:r w:rsidRPr="00605C53">
        <w:rPr>
          <w:rFonts w:ascii="Times New Roman" w:hAnsi="Times New Roman" w:cs="Times New Roman"/>
          <w:color w:val="000000" w:themeColor="text1"/>
          <w:sz w:val="22"/>
          <w:szCs w:val="20"/>
        </w:rPr>
        <w:t>)</w:t>
      </w:r>
    </w:p>
    <w:tbl>
      <w:tblPr>
        <w:tblStyle w:val="TabloKlavuzu"/>
        <w:tblW w:w="9821" w:type="dxa"/>
        <w:tblLook w:val="04A0" w:firstRow="1" w:lastRow="0" w:firstColumn="1" w:lastColumn="0" w:noHBand="0" w:noVBand="1"/>
      </w:tblPr>
      <w:tblGrid>
        <w:gridCol w:w="537"/>
        <w:gridCol w:w="4930"/>
        <w:gridCol w:w="786"/>
        <w:gridCol w:w="942"/>
        <w:gridCol w:w="943"/>
        <w:gridCol w:w="785"/>
        <w:gridCol w:w="898"/>
      </w:tblGrid>
      <w:tr w:rsidR="00B37BDB" w:rsidRPr="00722B2C" w14:paraId="195F4C3C" w14:textId="77777777" w:rsidTr="00BD6866">
        <w:trPr>
          <w:trHeight w:val="245"/>
        </w:trPr>
        <w:tc>
          <w:tcPr>
            <w:tcW w:w="537" w:type="dxa"/>
          </w:tcPr>
          <w:p w14:paraId="45BA7B28" w14:textId="77777777" w:rsidR="00EB4335" w:rsidRPr="00722B2C" w:rsidRDefault="00F337DF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No</w:t>
            </w:r>
          </w:p>
        </w:tc>
        <w:tc>
          <w:tcPr>
            <w:tcW w:w="4930" w:type="dxa"/>
          </w:tcPr>
          <w:p w14:paraId="1E138CEB" w14:textId="77777777" w:rsidR="00EB4335" w:rsidRPr="00722B2C" w:rsidRDefault="00F337DF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İfade</w:t>
            </w:r>
          </w:p>
        </w:tc>
        <w:tc>
          <w:tcPr>
            <w:tcW w:w="786" w:type="dxa"/>
          </w:tcPr>
          <w:p w14:paraId="6F11CF9C" w14:textId="77777777" w:rsidR="00EB4335" w:rsidRPr="00722B2C" w:rsidRDefault="00F337DF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942" w:type="dxa"/>
          </w:tcPr>
          <w:p w14:paraId="19569560" w14:textId="77777777" w:rsidR="00EB4335" w:rsidRPr="00722B2C" w:rsidRDefault="00F337DF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2</w:t>
            </w:r>
          </w:p>
        </w:tc>
        <w:tc>
          <w:tcPr>
            <w:tcW w:w="943" w:type="dxa"/>
          </w:tcPr>
          <w:p w14:paraId="29AD4789" w14:textId="77777777" w:rsidR="00EB4335" w:rsidRPr="00722B2C" w:rsidRDefault="00F337DF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3</w:t>
            </w:r>
          </w:p>
        </w:tc>
        <w:tc>
          <w:tcPr>
            <w:tcW w:w="785" w:type="dxa"/>
          </w:tcPr>
          <w:p w14:paraId="779E2D6E" w14:textId="77777777" w:rsidR="00EB4335" w:rsidRPr="00722B2C" w:rsidRDefault="00F337DF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4</w:t>
            </w:r>
          </w:p>
        </w:tc>
        <w:tc>
          <w:tcPr>
            <w:tcW w:w="898" w:type="dxa"/>
          </w:tcPr>
          <w:p w14:paraId="0A41CCED" w14:textId="77777777" w:rsidR="00EB4335" w:rsidRPr="00722B2C" w:rsidRDefault="00F337DF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5</w:t>
            </w:r>
          </w:p>
        </w:tc>
      </w:tr>
      <w:tr w:rsidR="00B37BDB" w:rsidRPr="00722B2C" w14:paraId="2173A698" w14:textId="77777777" w:rsidTr="00BD6866">
        <w:trPr>
          <w:trHeight w:val="492"/>
        </w:trPr>
        <w:tc>
          <w:tcPr>
            <w:tcW w:w="537" w:type="dxa"/>
          </w:tcPr>
          <w:p w14:paraId="77FC4CBF" w14:textId="76CE1174" w:rsidR="00EB4335" w:rsidRPr="00722B2C" w:rsidRDefault="00EB4335" w:rsidP="00722B2C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930" w:type="dxa"/>
          </w:tcPr>
          <w:p w14:paraId="25192902" w14:textId="77777777" w:rsidR="00EB4335" w:rsidRPr="00722B2C" w:rsidRDefault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tr-TR"/>
              </w:rPr>
              <w:t>Derste yeni bilgiler öğrenmek benim için önemlidir.</w:t>
            </w:r>
          </w:p>
        </w:tc>
        <w:tc>
          <w:tcPr>
            <w:tcW w:w="786" w:type="dxa"/>
          </w:tcPr>
          <w:p w14:paraId="514701AD" w14:textId="77777777" w:rsidR="00EB4335" w:rsidRPr="00722B2C" w:rsidRDefault="00F337DF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2" w:type="dxa"/>
          </w:tcPr>
          <w:p w14:paraId="2C181C6C" w14:textId="77777777" w:rsidR="00EB4335" w:rsidRPr="00722B2C" w:rsidRDefault="00F337DF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3" w:type="dxa"/>
          </w:tcPr>
          <w:p w14:paraId="34071528" w14:textId="77777777" w:rsidR="00EB4335" w:rsidRPr="00722B2C" w:rsidRDefault="00F337DF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785" w:type="dxa"/>
          </w:tcPr>
          <w:p w14:paraId="0EC362AC" w14:textId="77777777" w:rsidR="00EB4335" w:rsidRPr="00722B2C" w:rsidRDefault="00F337DF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898" w:type="dxa"/>
          </w:tcPr>
          <w:p w14:paraId="78AD0A5E" w14:textId="77777777" w:rsidR="00EB4335" w:rsidRPr="00722B2C" w:rsidRDefault="00F337DF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</w:tr>
      <w:tr w:rsidR="00B37BDB" w:rsidRPr="00722B2C" w14:paraId="3192C69A" w14:textId="77777777" w:rsidTr="00BD6866">
        <w:trPr>
          <w:trHeight w:val="279"/>
        </w:trPr>
        <w:tc>
          <w:tcPr>
            <w:tcW w:w="537" w:type="dxa"/>
          </w:tcPr>
          <w:p w14:paraId="6CCAE52A" w14:textId="5A808B5F" w:rsidR="007C17E1" w:rsidRPr="00722B2C" w:rsidRDefault="007C17E1" w:rsidP="00722B2C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930" w:type="dxa"/>
            <w:vAlign w:val="center"/>
          </w:tcPr>
          <w:p w14:paraId="3EC67531" w14:textId="77777777" w:rsidR="007C17E1" w:rsidRPr="00722B2C" w:rsidRDefault="007C17E1" w:rsidP="007C17E1">
            <w:pPr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tr-TR"/>
              </w:rPr>
            </w:pPr>
            <w:r w:rsidRPr="00722B2C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tr-TR"/>
              </w:rPr>
              <w:t>Derste anlatılan konular ilgimi çeker.</w:t>
            </w:r>
          </w:p>
        </w:tc>
        <w:tc>
          <w:tcPr>
            <w:tcW w:w="786" w:type="dxa"/>
          </w:tcPr>
          <w:p w14:paraId="5E8AB93B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2" w:type="dxa"/>
          </w:tcPr>
          <w:p w14:paraId="0AF103DF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3" w:type="dxa"/>
          </w:tcPr>
          <w:p w14:paraId="5B2E4A04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785" w:type="dxa"/>
          </w:tcPr>
          <w:p w14:paraId="19DA6AA6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898" w:type="dxa"/>
          </w:tcPr>
          <w:p w14:paraId="6B3A2B0F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</w:tr>
      <w:tr w:rsidR="00B37BDB" w:rsidRPr="00722B2C" w14:paraId="31F7E832" w14:textId="77777777" w:rsidTr="00BD6866">
        <w:trPr>
          <w:trHeight w:val="279"/>
        </w:trPr>
        <w:tc>
          <w:tcPr>
            <w:tcW w:w="537" w:type="dxa"/>
          </w:tcPr>
          <w:p w14:paraId="66D9C800" w14:textId="106F9BA6" w:rsidR="007C17E1" w:rsidRPr="00722B2C" w:rsidRDefault="007C17E1" w:rsidP="00722B2C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930" w:type="dxa"/>
          </w:tcPr>
          <w:p w14:paraId="4BDAA1D5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Derste dikkatimi uzun süre koruyabilirim.</w:t>
            </w:r>
          </w:p>
        </w:tc>
        <w:tc>
          <w:tcPr>
            <w:tcW w:w="786" w:type="dxa"/>
          </w:tcPr>
          <w:p w14:paraId="1D7F4F8F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2" w:type="dxa"/>
          </w:tcPr>
          <w:p w14:paraId="381BD8FF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3" w:type="dxa"/>
          </w:tcPr>
          <w:p w14:paraId="1F608362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785" w:type="dxa"/>
          </w:tcPr>
          <w:p w14:paraId="549D0AC9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898" w:type="dxa"/>
          </w:tcPr>
          <w:p w14:paraId="27B3A619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</w:tr>
      <w:tr w:rsidR="00B37BDB" w:rsidRPr="00722B2C" w14:paraId="0001616A" w14:textId="77777777" w:rsidTr="00BD6866">
        <w:trPr>
          <w:trHeight w:val="279"/>
        </w:trPr>
        <w:tc>
          <w:tcPr>
            <w:tcW w:w="537" w:type="dxa"/>
          </w:tcPr>
          <w:p w14:paraId="0E939B36" w14:textId="24B2E481" w:rsidR="007C17E1" w:rsidRPr="00722B2C" w:rsidRDefault="007C17E1" w:rsidP="00722B2C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930" w:type="dxa"/>
            <w:vAlign w:val="center"/>
          </w:tcPr>
          <w:p w14:paraId="4FB62050" w14:textId="77777777" w:rsidR="007C17E1" w:rsidRPr="00722B2C" w:rsidRDefault="007C17E1" w:rsidP="007C17E1">
            <w:pPr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tr-TR"/>
              </w:rPr>
            </w:pPr>
            <w:r w:rsidRPr="00722B2C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tr-TR"/>
              </w:rPr>
              <w:t>Sınavlara düzenli hazırlanırım.</w:t>
            </w:r>
          </w:p>
        </w:tc>
        <w:tc>
          <w:tcPr>
            <w:tcW w:w="786" w:type="dxa"/>
          </w:tcPr>
          <w:p w14:paraId="190271A9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2" w:type="dxa"/>
          </w:tcPr>
          <w:p w14:paraId="0DCF16A5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3" w:type="dxa"/>
          </w:tcPr>
          <w:p w14:paraId="5CA47EE6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785" w:type="dxa"/>
          </w:tcPr>
          <w:p w14:paraId="2DA517EB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898" w:type="dxa"/>
          </w:tcPr>
          <w:p w14:paraId="31936E76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</w:tr>
      <w:tr w:rsidR="00B37BDB" w:rsidRPr="00722B2C" w14:paraId="45D48AFF" w14:textId="77777777" w:rsidTr="00BD6866">
        <w:trPr>
          <w:trHeight w:val="492"/>
        </w:trPr>
        <w:tc>
          <w:tcPr>
            <w:tcW w:w="537" w:type="dxa"/>
          </w:tcPr>
          <w:p w14:paraId="5002C9FE" w14:textId="7DF5015A" w:rsidR="007C17E1" w:rsidRPr="00722B2C" w:rsidRDefault="007C17E1" w:rsidP="00722B2C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930" w:type="dxa"/>
          </w:tcPr>
          <w:p w14:paraId="160BEEBE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Derste anlamadığım konuları öğrenmek için çaba gösteririm.</w:t>
            </w:r>
          </w:p>
        </w:tc>
        <w:tc>
          <w:tcPr>
            <w:tcW w:w="786" w:type="dxa"/>
          </w:tcPr>
          <w:p w14:paraId="62D2ABB7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2" w:type="dxa"/>
          </w:tcPr>
          <w:p w14:paraId="47126A44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3" w:type="dxa"/>
          </w:tcPr>
          <w:p w14:paraId="288383ED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785" w:type="dxa"/>
          </w:tcPr>
          <w:p w14:paraId="5868F10A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898" w:type="dxa"/>
          </w:tcPr>
          <w:p w14:paraId="4CF3F395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</w:tr>
      <w:tr w:rsidR="00B37BDB" w:rsidRPr="00722B2C" w14:paraId="6779FB22" w14:textId="77777777" w:rsidTr="00BD6866">
        <w:trPr>
          <w:trHeight w:val="492"/>
        </w:trPr>
        <w:tc>
          <w:tcPr>
            <w:tcW w:w="537" w:type="dxa"/>
          </w:tcPr>
          <w:p w14:paraId="05E539BF" w14:textId="3B41C764" w:rsidR="007C17E1" w:rsidRPr="00722B2C" w:rsidRDefault="007C17E1" w:rsidP="00722B2C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930" w:type="dxa"/>
          </w:tcPr>
          <w:p w14:paraId="45E51773" w14:textId="10413471" w:rsidR="007C17E1" w:rsidRPr="00722B2C" w:rsidRDefault="007C17E1" w:rsidP="00B37BD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Öğret</w:t>
            </w:r>
            <w:r w:rsidR="00B37BDB"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im elemanının</w:t>
            </w: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dersi anlatış biçimi beni motive eder.</w:t>
            </w:r>
          </w:p>
        </w:tc>
        <w:tc>
          <w:tcPr>
            <w:tcW w:w="786" w:type="dxa"/>
          </w:tcPr>
          <w:p w14:paraId="00C16010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2" w:type="dxa"/>
          </w:tcPr>
          <w:p w14:paraId="158EEBA7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3" w:type="dxa"/>
          </w:tcPr>
          <w:p w14:paraId="26F33518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785" w:type="dxa"/>
          </w:tcPr>
          <w:p w14:paraId="5B48AD60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898" w:type="dxa"/>
          </w:tcPr>
          <w:p w14:paraId="0E30214B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</w:tr>
      <w:tr w:rsidR="00B37BDB" w:rsidRPr="00722B2C" w14:paraId="4BE3ED4B" w14:textId="77777777" w:rsidTr="00BD6866">
        <w:trPr>
          <w:trHeight w:val="291"/>
        </w:trPr>
        <w:tc>
          <w:tcPr>
            <w:tcW w:w="537" w:type="dxa"/>
          </w:tcPr>
          <w:p w14:paraId="5F303941" w14:textId="658B1E2B" w:rsidR="007C17E1" w:rsidRPr="00722B2C" w:rsidRDefault="007C17E1" w:rsidP="00722B2C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930" w:type="dxa"/>
            <w:vAlign w:val="center"/>
          </w:tcPr>
          <w:p w14:paraId="581162A1" w14:textId="77777777" w:rsidR="007C17E1" w:rsidRPr="00722B2C" w:rsidRDefault="007C17E1" w:rsidP="007C17E1">
            <w:pPr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tr-TR"/>
              </w:rPr>
            </w:pPr>
            <w:r w:rsidRPr="00722B2C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eastAsia="tr-TR"/>
              </w:rPr>
              <w:t>Derste aktif olarak katılım gösteririm.</w:t>
            </w:r>
          </w:p>
        </w:tc>
        <w:tc>
          <w:tcPr>
            <w:tcW w:w="786" w:type="dxa"/>
          </w:tcPr>
          <w:p w14:paraId="2E01A989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2" w:type="dxa"/>
          </w:tcPr>
          <w:p w14:paraId="10D1A797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3" w:type="dxa"/>
          </w:tcPr>
          <w:p w14:paraId="561715E2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785" w:type="dxa"/>
          </w:tcPr>
          <w:p w14:paraId="4EAF6AA0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898" w:type="dxa"/>
          </w:tcPr>
          <w:p w14:paraId="3A9A48B4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</w:tr>
      <w:tr w:rsidR="00B37BDB" w:rsidRPr="00722B2C" w14:paraId="404BDC6A" w14:textId="77777777" w:rsidTr="00BD6866">
        <w:trPr>
          <w:trHeight w:val="279"/>
        </w:trPr>
        <w:tc>
          <w:tcPr>
            <w:tcW w:w="537" w:type="dxa"/>
          </w:tcPr>
          <w:p w14:paraId="0213302A" w14:textId="25114578" w:rsidR="007C17E1" w:rsidRPr="00722B2C" w:rsidRDefault="007C17E1" w:rsidP="00722B2C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930" w:type="dxa"/>
            <w:vAlign w:val="center"/>
          </w:tcPr>
          <w:p w14:paraId="352B6D89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Derse düzenli katılım sağlarım.</w:t>
            </w:r>
          </w:p>
        </w:tc>
        <w:tc>
          <w:tcPr>
            <w:tcW w:w="786" w:type="dxa"/>
          </w:tcPr>
          <w:p w14:paraId="5E15F60A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2" w:type="dxa"/>
          </w:tcPr>
          <w:p w14:paraId="0B8CC33D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3" w:type="dxa"/>
          </w:tcPr>
          <w:p w14:paraId="322ABA53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785" w:type="dxa"/>
          </w:tcPr>
          <w:p w14:paraId="2C3AE0B7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898" w:type="dxa"/>
          </w:tcPr>
          <w:p w14:paraId="69CB88CC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</w:tr>
      <w:tr w:rsidR="00B37BDB" w:rsidRPr="00722B2C" w14:paraId="360C8767" w14:textId="77777777" w:rsidTr="00BD6866">
        <w:trPr>
          <w:trHeight w:val="492"/>
        </w:trPr>
        <w:tc>
          <w:tcPr>
            <w:tcW w:w="537" w:type="dxa"/>
          </w:tcPr>
          <w:p w14:paraId="3953B456" w14:textId="22A2CB03" w:rsidR="007C17E1" w:rsidRPr="00722B2C" w:rsidRDefault="007C17E1" w:rsidP="00722B2C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930" w:type="dxa"/>
            <w:vAlign w:val="center"/>
          </w:tcPr>
          <w:p w14:paraId="5B3A1B4F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Sınava hazırlanırken yeterince zamanım olmadı.</w:t>
            </w:r>
          </w:p>
        </w:tc>
        <w:tc>
          <w:tcPr>
            <w:tcW w:w="786" w:type="dxa"/>
          </w:tcPr>
          <w:p w14:paraId="5F369E42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2" w:type="dxa"/>
          </w:tcPr>
          <w:p w14:paraId="4D622DC8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3" w:type="dxa"/>
          </w:tcPr>
          <w:p w14:paraId="4A832966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785" w:type="dxa"/>
          </w:tcPr>
          <w:p w14:paraId="24D7FC6F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898" w:type="dxa"/>
          </w:tcPr>
          <w:p w14:paraId="0CFBE1A7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</w:tr>
      <w:tr w:rsidR="00B37BDB" w:rsidRPr="00722B2C" w14:paraId="7E04B4D2" w14:textId="77777777" w:rsidTr="00BD6866">
        <w:trPr>
          <w:trHeight w:val="481"/>
        </w:trPr>
        <w:tc>
          <w:tcPr>
            <w:tcW w:w="537" w:type="dxa"/>
          </w:tcPr>
          <w:p w14:paraId="19B35C0D" w14:textId="5A52F154" w:rsidR="007C17E1" w:rsidRPr="00722B2C" w:rsidRDefault="007C17E1" w:rsidP="00722B2C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930" w:type="dxa"/>
            <w:vAlign w:val="center"/>
          </w:tcPr>
          <w:p w14:paraId="10DF2C34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Telefon, arkadaş vb dikkat dağıtıcılar nedeniyle derse odaklanmakta güçlük çekiyorum.</w:t>
            </w:r>
          </w:p>
        </w:tc>
        <w:tc>
          <w:tcPr>
            <w:tcW w:w="786" w:type="dxa"/>
          </w:tcPr>
          <w:p w14:paraId="5CAF7352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2" w:type="dxa"/>
          </w:tcPr>
          <w:p w14:paraId="51E805FA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3" w:type="dxa"/>
          </w:tcPr>
          <w:p w14:paraId="4D3A24F5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785" w:type="dxa"/>
          </w:tcPr>
          <w:p w14:paraId="4AA89C60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898" w:type="dxa"/>
          </w:tcPr>
          <w:p w14:paraId="4183F2C1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</w:tr>
      <w:tr w:rsidR="00B37BDB" w:rsidRPr="00722B2C" w14:paraId="05F265E5" w14:textId="77777777" w:rsidTr="00BD6866">
        <w:trPr>
          <w:trHeight w:val="291"/>
        </w:trPr>
        <w:tc>
          <w:tcPr>
            <w:tcW w:w="537" w:type="dxa"/>
          </w:tcPr>
          <w:p w14:paraId="1599CCE9" w14:textId="3B01090B" w:rsidR="007C17E1" w:rsidRPr="00722B2C" w:rsidRDefault="007C17E1" w:rsidP="00722B2C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930" w:type="dxa"/>
            <w:vAlign w:val="center"/>
          </w:tcPr>
          <w:p w14:paraId="0B6F20D4" w14:textId="1D64137A" w:rsidR="00BD6866" w:rsidRPr="00722B2C" w:rsidRDefault="00B9414D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Ders anlatılırken not alırım.</w:t>
            </w:r>
          </w:p>
          <w:p w14:paraId="4856BA6B" w14:textId="76F0B57B" w:rsidR="00BD6866" w:rsidRPr="00722B2C" w:rsidRDefault="00BD6866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786" w:type="dxa"/>
          </w:tcPr>
          <w:p w14:paraId="423A886B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2" w:type="dxa"/>
          </w:tcPr>
          <w:p w14:paraId="5A9039C6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3" w:type="dxa"/>
          </w:tcPr>
          <w:p w14:paraId="6A055704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785" w:type="dxa"/>
          </w:tcPr>
          <w:p w14:paraId="69E8187B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898" w:type="dxa"/>
          </w:tcPr>
          <w:p w14:paraId="08001355" w14:textId="77777777" w:rsidR="007C17E1" w:rsidRPr="00722B2C" w:rsidRDefault="007C17E1" w:rsidP="007C17E1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</w:tr>
      <w:tr w:rsidR="00722B2C" w:rsidRPr="00722B2C" w14:paraId="0C1B25B1" w14:textId="77777777" w:rsidTr="00BD6866">
        <w:trPr>
          <w:trHeight w:val="291"/>
        </w:trPr>
        <w:tc>
          <w:tcPr>
            <w:tcW w:w="537" w:type="dxa"/>
          </w:tcPr>
          <w:p w14:paraId="4A467AEA" w14:textId="31C4C98F" w:rsidR="00722B2C" w:rsidRPr="00722B2C" w:rsidRDefault="00722B2C" w:rsidP="00722B2C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930" w:type="dxa"/>
            <w:vAlign w:val="center"/>
          </w:tcPr>
          <w:p w14:paraId="0CE642B2" w14:textId="49447601" w:rsidR="00722B2C" w:rsidRPr="00722B2C" w:rsidRDefault="00722B2C" w:rsidP="00722B2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Derslerimi yüksek not ile geçmek isterim.</w:t>
            </w:r>
          </w:p>
        </w:tc>
        <w:tc>
          <w:tcPr>
            <w:tcW w:w="786" w:type="dxa"/>
          </w:tcPr>
          <w:p w14:paraId="7899586A" w14:textId="48895A8D" w:rsidR="00722B2C" w:rsidRPr="00722B2C" w:rsidRDefault="00722B2C" w:rsidP="00722B2C">
            <w:pPr>
              <w:rPr>
                <w:rFonts w:ascii="Segoe UI Symbol" w:hAnsi="Segoe UI Symbol" w:cs="Segoe UI Symbol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2" w:type="dxa"/>
          </w:tcPr>
          <w:p w14:paraId="2DE1CBBA" w14:textId="5863B9E0" w:rsidR="00722B2C" w:rsidRPr="00722B2C" w:rsidRDefault="00722B2C" w:rsidP="00722B2C">
            <w:pPr>
              <w:rPr>
                <w:rFonts w:ascii="Segoe UI Symbol" w:hAnsi="Segoe UI Symbol" w:cs="Segoe UI Symbol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3" w:type="dxa"/>
          </w:tcPr>
          <w:p w14:paraId="4A5163BB" w14:textId="04DE9A60" w:rsidR="00722B2C" w:rsidRPr="00722B2C" w:rsidRDefault="00722B2C" w:rsidP="00722B2C">
            <w:pPr>
              <w:rPr>
                <w:rFonts w:ascii="Segoe UI Symbol" w:hAnsi="Segoe UI Symbol" w:cs="Segoe UI Symbol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785" w:type="dxa"/>
          </w:tcPr>
          <w:p w14:paraId="2F6BC983" w14:textId="6AD4F9BD" w:rsidR="00722B2C" w:rsidRPr="00722B2C" w:rsidRDefault="00722B2C" w:rsidP="00722B2C">
            <w:pPr>
              <w:rPr>
                <w:rFonts w:ascii="Segoe UI Symbol" w:hAnsi="Segoe UI Symbol" w:cs="Segoe UI Symbol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898" w:type="dxa"/>
          </w:tcPr>
          <w:p w14:paraId="551E727E" w14:textId="077DAF97" w:rsidR="00722B2C" w:rsidRPr="00722B2C" w:rsidRDefault="00722B2C" w:rsidP="00722B2C">
            <w:pPr>
              <w:rPr>
                <w:rFonts w:ascii="Segoe UI Symbol" w:hAnsi="Segoe UI Symbol" w:cs="Segoe UI Symbol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</w:tr>
      <w:tr w:rsidR="00722B2C" w:rsidRPr="00605C53" w14:paraId="1A967A09" w14:textId="77777777" w:rsidTr="00BD6866">
        <w:trPr>
          <w:trHeight w:val="291"/>
        </w:trPr>
        <w:tc>
          <w:tcPr>
            <w:tcW w:w="537" w:type="dxa"/>
          </w:tcPr>
          <w:p w14:paraId="3F546DE0" w14:textId="65752F44" w:rsidR="00722B2C" w:rsidRPr="00722B2C" w:rsidRDefault="00722B2C" w:rsidP="00722B2C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930" w:type="dxa"/>
            <w:vAlign w:val="center"/>
          </w:tcPr>
          <w:p w14:paraId="25080677" w14:textId="42765513" w:rsidR="00722B2C" w:rsidRPr="00722B2C" w:rsidRDefault="00722B2C" w:rsidP="00722B2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722B2C">
              <w:rPr>
                <w:rFonts w:ascii="Times New Roman" w:hAnsi="Times New Roman" w:cs="Times New Roman"/>
                <w:color w:val="000000" w:themeColor="text1"/>
                <w:szCs w:val="20"/>
              </w:rPr>
              <w:t>Aktif öğrenme etkinlikleri (rol oynama, beyin fırtınası, örnek olay, görsel sunu, misafir konuşmacı vb.) beni motive eder.</w:t>
            </w:r>
          </w:p>
        </w:tc>
        <w:tc>
          <w:tcPr>
            <w:tcW w:w="786" w:type="dxa"/>
          </w:tcPr>
          <w:p w14:paraId="3FECBFC6" w14:textId="7BC5E4EE" w:rsidR="00722B2C" w:rsidRPr="00722B2C" w:rsidRDefault="00722B2C" w:rsidP="00722B2C">
            <w:pPr>
              <w:rPr>
                <w:rFonts w:ascii="Segoe UI Symbol" w:hAnsi="Segoe UI Symbol" w:cs="Segoe UI Symbol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2" w:type="dxa"/>
          </w:tcPr>
          <w:p w14:paraId="7885DFC6" w14:textId="71EC7DB0" w:rsidR="00722B2C" w:rsidRPr="00722B2C" w:rsidRDefault="00722B2C" w:rsidP="00722B2C">
            <w:pPr>
              <w:rPr>
                <w:rFonts w:ascii="Segoe UI Symbol" w:hAnsi="Segoe UI Symbol" w:cs="Segoe UI Symbol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943" w:type="dxa"/>
          </w:tcPr>
          <w:p w14:paraId="42E6AEC2" w14:textId="189EB343" w:rsidR="00722B2C" w:rsidRPr="00722B2C" w:rsidRDefault="00722B2C" w:rsidP="00722B2C">
            <w:pPr>
              <w:rPr>
                <w:rFonts w:ascii="Segoe UI Symbol" w:hAnsi="Segoe UI Symbol" w:cs="Segoe UI Symbol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785" w:type="dxa"/>
          </w:tcPr>
          <w:p w14:paraId="26CB1DD2" w14:textId="1B4FE197" w:rsidR="00722B2C" w:rsidRPr="00722B2C" w:rsidRDefault="00722B2C" w:rsidP="00722B2C">
            <w:pPr>
              <w:rPr>
                <w:rFonts w:ascii="Segoe UI Symbol" w:hAnsi="Segoe UI Symbol" w:cs="Segoe UI Symbol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  <w:tc>
          <w:tcPr>
            <w:tcW w:w="898" w:type="dxa"/>
          </w:tcPr>
          <w:p w14:paraId="5943D6DB" w14:textId="628E25EF" w:rsidR="00722B2C" w:rsidRPr="00722B2C" w:rsidRDefault="00722B2C" w:rsidP="00722B2C">
            <w:pPr>
              <w:rPr>
                <w:rFonts w:ascii="Segoe UI Symbol" w:hAnsi="Segoe UI Symbol" w:cs="Segoe UI Symbol"/>
                <w:color w:val="000000" w:themeColor="text1"/>
                <w:szCs w:val="20"/>
              </w:rPr>
            </w:pPr>
            <w:r w:rsidRPr="00722B2C">
              <w:rPr>
                <w:rFonts w:ascii="Segoe UI Symbol" w:hAnsi="Segoe UI Symbol" w:cs="Segoe UI Symbol"/>
                <w:color w:val="000000" w:themeColor="text1"/>
                <w:szCs w:val="20"/>
              </w:rPr>
              <w:t>☐</w:t>
            </w:r>
          </w:p>
        </w:tc>
      </w:tr>
    </w:tbl>
    <w:p w14:paraId="133AC9B6" w14:textId="0F5F15A3" w:rsidR="00BD6866" w:rsidRPr="00BD6866" w:rsidRDefault="00BD6866" w:rsidP="00BD6866"/>
    <w:p w14:paraId="3F3BB6A4" w14:textId="55F4CB30" w:rsidR="00EB4335" w:rsidRPr="00605C53" w:rsidRDefault="00F337DF">
      <w:pPr>
        <w:pStyle w:val="Balk2"/>
        <w:rPr>
          <w:rFonts w:ascii="Times New Roman" w:hAnsi="Times New Roman" w:cs="Times New Roman"/>
          <w:color w:val="000000" w:themeColor="text1"/>
          <w:sz w:val="22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 w:val="22"/>
          <w:szCs w:val="20"/>
        </w:rPr>
        <w:t>BÖLÜM 3: KISA YANITLAR (Kendi görüşlerinizi yazınız)</w:t>
      </w:r>
    </w:p>
    <w:p w14:paraId="70DA911C" w14:textId="77777777" w:rsidR="007C17E1" w:rsidRPr="00605C53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231672BA" w14:textId="12840784" w:rsidR="007C17E1" w:rsidRPr="00605C53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Cs w:val="20"/>
        </w:rPr>
        <w:t>3.1. Ders kapsamınd</w:t>
      </w:r>
      <w:r w:rsidR="00D603A1" w:rsidRPr="00605C53">
        <w:rPr>
          <w:rFonts w:ascii="Times New Roman" w:hAnsi="Times New Roman" w:cs="Times New Roman"/>
          <w:color w:val="000000" w:themeColor="text1"/>
          <w:szCs w:val="20"/>
        </w:rPr>
        <w:t>a gelişme ihtiyacı hissettiğin</w:t>
      </w:r>
      <w:r w:rsidRPr="00605C53">
        <w:rPr>
          <w:rFonts w:ascii="Times New Roman" w:hAnsi="Times New Roman" w:cs="Times New Roman"/>
          <w:color w:val="000000" w:themeColor="text1"/>
          <w:szCs w:val="20"/>
        </w:rPr>
        <w:t xml:space="preserve"> konu/konular </w:t>
      </w:r>
      <w:r w:rsidR="00BD6866">
        <w:rPr>
          <w:rFonts w:ascii="Times New Roman" w:hAnsi="Times New Roman" w:cs="Times New Roman"/>
          <w:color w:val="000000" w:themeColor="text1"/>
          <w:szCs w:val="20"/>
        </w:rPr>
        <w:t>nelerdir?</w:t>
      </w:r>
    </w:p>
    <w:p w14:paraId="3004F1E1" w14:textId="75802294" w:rsidR="007C17E1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Cs w:val="20"/>
        </w:rPr>
        <w:t xml:space="preserve">Teorik: </w:t>
      </w:r>
    </w:p>
    <w:p w14:paraId="0598A946" w14:textId="77777777" w:rsidR="00BD6866" w:rsidRPr="00605C53" w:rsidRDefault="00BD6866" w:rsidP="007C17E1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0C73502D" w14:textId="6F328202" w:rsidR="007C17E1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Cs w:val="20"/>
        </w:rPr>
        <w:t xml:space="preserve">Laboratuvar: </w:t>
      </w:r>
    </w:p>
    <w:p w14:paraId="12D6C88B" w14:textId="77777777" w:rsidR="00BD6866" w:rsidRPr="00605C53" w:rsidRDefault="00BD6866" w:rsidP="00BD6866">
      <w:pPr>
        <w:jc w:val="center"/>
        <w:rPr>
          <w:rFonts w:ascii="Times New Roman" w:hAnsi="Times New Roman" w:cs="Times New Roman"/>
          <w:color w:val="000000" w:themeColor="text1"/>
          <w:szCs w:val="20"/>
        </w:rPr>
      </w:pPr>
    </w:p>
    <w:p w14:paraId="6C0F73A9" w14:textId="5E33C27A" w:rsidR="00EB4335" w:rsidRPr="00605C53" w:rsidRDefault="007C17E1">
      <w:pPr>
        <w:rPr>
          <w:rFonts w:ascii="Times New Roman" w:hAnsi="Times New Roman" w:cs="Times New Roman"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Cs w:val="20"/>
        </w:rPr>
        <w:t xml:space="preserve">Uygulama: </w:t>
      </w:r>
    </w:p>
    <w:p w14:paraId="27D4FDE7" w14:textId="77777777" w:rsidR="007C17E1" w:rsidRPr="00605C53" w:rsidRDefault="007C17E1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1D104780" w14:textId="142126AD" w:rsidR="00EA3F14" w:rsidRPr="00605C53" w:rsidRDefault="007C17E1">
      <w:pPr>
        <w:rPr>
          <w:rFonts w:ascii="Times New Roman" w:hAnsi="Times New Roman" w:cs="Times New Roman"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Cs w:val="20"/>
        </w:rPr>
        <w:t>3.2. Derse ilişkin öğrenme motivasyonunu ve akademik başarını arttırmak için ne/neler yapılmasını istersin?</w:t>
      </w:r>
    </w:p>
    <w:p w14:paraId="7FAAACA3" w14:textId="77777777" w:rsidR="00EA3F14" w:rsidRPr="00605C53" w:rsidRDefault="00EA3F14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16792FDD" w14:textId="77777777" w:rsidR="00EA3F14" w:rsidRPr="00605C53" w:rsidRDefault="00EA3F14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604148F9" w14:textId="08912A55" w:rsidR="00EA3F14" w:rsidRPr="00605C53" w:rsidRDefault="00EA3F14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0FBF7435" w14:textId="204C533C" w:rsidR="00722B2C" w:rsidRPr="00353B75" w:rsidRDefault="00F337DF" w:rsidP="00353B75">
      <w:pPr>
        <w:rPr>
          <w:rFonts w:ascii="Times New Roman" w:hAnsi="Times New Roman" w:cs="Times New Roman"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b/>
          <w:color w:val="000000" w:themeColor="text1"/>
          <w:szCs w:val="20"/>
        </w:rPr>
        <w:t>Not:</w:t>
      </w:r>
      <w:r w:rsidRPr="00605C53">
        <w:rPr>
          <w:rFonts w:ascii="Times New Roman" w:hAnsi="Times New Roman" w:cs="Times New Roman"/>
          <w:color w:val="000000" w:themeColor="text1"/>
          <w:szCs w:val="20"/>
        </w:rPr>
        <w:t xml:space="preserve"> Bu form öğrencinin </w:t>
      </w:r>
      <w:r w:rsidR="007C17E1" w:rsidRPr="00605C53">
        <w:rPr>
          <w:rFonts w:ascii="Times New Roman" w:hAnsi="Times New Roman" w:cs="Times New Roman"/>
          <w:color w:val="000000" w:themeColor="text1"/>
          <w:szCs w:val="20"/>
        </w:rPr>
        <w:t>öğrenme ve akademik başarı</w:t>
      </w:r>
      <w:r w:rsidR="00D603A1" w:rsidRPr="00605C53">
        <w:rPr>
          <w:rFonts w:ascii="Times New Roman" w:hAnsi="Times New Roman" w:cs="Times New Roman"/>
          <w:color w:val="000000" w:themeColor="text1"/>
          <w:szCs w:val="20"/>
        </w:rPr>
        <w:t>sı</w:t>
      </w:r>
      <w:r w:rsidR="007C17E1" w:rsidRPr="00605C53">
        <w:rPr>
          <w:rFonts w:ascii="Times New Roman" w:hAnsi="Times New Roman" w:cs="Times New Roman"/>
          <w:color w:val="000000" w:themeColor="text1"/>
          <w:szCs w:val="20"/>
        </w:rPr>
        <w:t xml:space="preserve">nı geliştirmek için </w:t>
      </w:r>
      <w:r w:rsidRPr="00605C53">
        <w:rPr>
          <w:rFonts w:ascii="Times New Roman" w:hAnsi="Times New Roman" w:cs="Times New Roman"/>
          <w:color w:val="000000" w:themeColor="text1"/>
          <w:szCs w:val="20"/>
        </w:rPr>
        <w:t>hazırlanmıştır. Formdan elde edilen bilgiler gizli tutulacaktır.</w:t>
      </w:r>
    </w:p>
    <w:p w14:paraId="45359140" w14:textId="2A932189" w:rsidR="00722B2C" w:rsidRDefault="00722B2C" w:rsidP="00722B2C">
      <w:pPr>
        <w:jc w:val="right"/>
        <w:rPr>
          <w:rFonts w:ascii="Times New Roman" w:hAnsi="Times New Roman" w:cs="Times New Roman"/>
          <w:b/>
          <w:color w:val="000000" w:themeColor="text1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Cs w:val="20"/>
        </w:rPr>
        <w:t>Öğrenci imzası</w:t>
      </w:r>
    </w:p>
    <w:p w14:paraId="28F1C856" w14:textId="30DDB837" w:rsidR="00605C53" w:rsidRDefault="00605C53" w:rsidP="007C17E1">
      <w:pPr>
        <w:jc w:val="center"/>
        <w:rPr>
          <w:rFonts w:ascii="Times New Roman" w:hAnsi="Times New Roman" w:cs="Times New Roman"/>
          <w:b/>
          <w:color w:val="000000" w:themeColor="text1"/>
          <w:szCs w:val="20"/>
        </w:rPr>
      </w:pPr>
    </w:p>
    <w:p w14:paraId="59DA6C81" w14:textId="77777777" w:rsidR="00353B75" w:rsidRDefault="00353B75" w:rsidP="00353B75">
      <w:pPr>
        <w:jc w:val="center"/>
        <w:rPr>
          <w:rFonts w:ascii="Times New Roman" w:hAnsi="Times New Roman" w:cs="Times New Roman"/>
          <w:b/>
          <w:color w:val="000000" w:themeColor="text1"/>
          <w:szCs w:val="20"/>
        </w:rPr>
      </w:pPr>
    </w:p>
    <w:p w14:paraId="102E74DE" w14:textId="635548E5" w:rsidR="00353B75" w:rsidRDefault="00D8660C" w:rsidP="00353B7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Cs w:val="20"/>
        </w:rPr>
        <w:t>GEÇME NOTUNUN</w:t>
      </w:r>
      <w:r w:rsidR="007C17E1" w:rsidRPr="00605C53">
        <w:rPr>
          <w:rFonts w:ascii="Times New Roman" w:hAnsi="Times New Roman" w:cs="Times New Roman"/>
          <w:b/>
          <w:color w:val="000000" w:themeColor="text1"/>
          <w:szCs w:val="20"/>
        </w:rPr>
        <w:t xml:space="preserve"> ALTINDA KALAN ÖĞRENCİLERİN ÖĞRENME MOTİVASYONUNU </w:t>
      </w:r>
    </w:p>
    <w:p w14:paraId="77E5D3B2" w14:textId="2EFBE289" w:rsidR="00BD6866" w:rsidRDefault="007C17E1" w:rsidP="00353B7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b/>
          <w:color w:val="000000" w:themeColor="text1"/>
          <w:szCs w:val="20"/>
        </w:rPr>
        <w:t>ve AKADEMİK BAŞARISINI DEĞERLENDİRME RAPORU</w:t>
      </w:r>
    </w:p>
    <w:p w14:paraId="2D4E3654" w14:textId="63D747D9" w:rsidR="007C17E1" w:rsidRPr="00BD6866" w:rsidRDefault="007C17E1" w:rsidP="00353B7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b/>
          <w:color w:val="000000" w:themeColor="text1"/>
          <w:szCs w:val="20"/>
        </w:rPr>
        <w:t xml:space="preserve"> </w:t>
      </w:r>
      <w:r w:rsidRPr="00BD6866">
        <w:rPr>
          <w:rFonts w:ascii="Times New Roman" w:hAnsi="Times New Roman" w:cs="Times New Roman"/>
          <w:b/>
          <w:color w:val="000000" w:themeColor="text1"/>
          <w:szCs w:val="20"/>
        </w:rPr>
        <w:t>(</w:t>
      </w:r>
      <w:r w:rsidR="00BD6866">
        <w:rPr>
          <w:rFonts w:ascii="Times New Roman" w:hAnsi="Times New Roman" w:cs="Times New Roman"/>
          <w:b/>
          <w:color w:val="000000" w:themeColor="text1"/>
          <w:szCs w:val="20"/>
        </w:rPr>
        <w:t>Dersin öğretim ü</w:t>
      </w:r>
      <w:r w:rsidRPr="00BD6866">
        <w:rPr>
          <w:rFonts w:ascii="Times New Roman" w:hAnsi="Times New Roman" w:cs="Times New Roman"/>
          <w:b/>
          <w:color w:val="000000" w:themeColor="text1"/>
          <w:szCs w:val="20"/>
        </w:rPr>
        <w:t>yesi tarafından doldurulacaktır)</w:t>
      </w:r>
    </w:p>
    <w:p w14:paraId="2C870990" w14:textId="77777777" w:rsidR="007C17E1" w:rsidRPr="00605C53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435E17F4" w14:textId="77777777" w:rsidR="00BD6866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Cs w:val="20"/>
        </w:rPr>
        <w:t>Ders</w:t>
      </w:r>
      <w:r w:rsidR="00BD6866">
        <w:rPr>
          <w:rFonts w:ascii="Times New Roman" w:hAnsi="Times New Roman" w:cs="Times New Roman"/>
          <w:color w:val="000000" w:themeColor="text1"/>
          <w:szCs w:val="20"/>
        </w:rPr>
        <w:t xml:space="preserve"> kodu- adı</w:t>
      </w:r>
      <w:r w:rsidRPr="00605C53">
        <w:rPr>
          <w:rFonts w:ascii="Times New Roman" w:hAnsi="Times New Roman" w:cs="Times New Roman"/>
          <w:color w:val="000000" w:themeColor="text1"/>
          <w:szCs w:val="20"/>
        </w:rPr>
        <w:t xml:space="preserve">: </w:t>
      </w:r>
      <w:r w:rsidRPr="00605C53">
        <w:rPr>
          <w:rFonts w:ascii="Times New Roman" w:hAnsi="Times New Roman" w:cs="Times New Roman"/>
          <w:color w:val="000000" w:themeColor="text1"/>
          <w:szCs w:val="20"/>
        </w:rPr>
        <w:tab/>
      </w:r>
      <w:r w:rsidRPr="00605C53">
        <w:rPr>
          <w:rFonts w:ascii="Times New Roman" w:hAnsi="Times New Roman" w:cs="Times New Roman"/>
          <w:color w:val="000000" w:themeColor="text1"/>
          <w:szCs w:val="20"/>
        </w:rPr>
        <w:tab/>
      </w:r>
      <w:r w:rsidRPr="00605C53">
        <w:rPr>
          <w:rFonts w:ascii="Times New Roman" w:hAnsi="Times New Roman" w:cs="Times New Roman"/>
          <w:color w:val="000000" w:themeColor="text1"/>
          <w:szCs w:val="20"/>
        </w:rPr>
        <w:tab/>
      </w:r>
      <w:r w:rsidRPr="00605C53">
        <w:rPr>
          <w:rFonts w:ascii="Times New Roman" w:hAnsi="Times New Roman" w:cs="Times New Roman"/>
          <w:color w:val="000000" w:themeColor="text1"/>
          <w:szCs w:val="20"/>
        </w:rPr>
        <w:tab/>
      </w:r>
      <w:r w:rsidRPr="00605C53">
        <w:rPr>
          <w:rFonts w:ascii="Times New Roman" w:hAnsi="Times New Roman" w:cs="Times New Roman"/>
          <w:color w:val="000000" w:themeColor="text1"/>
          <w:szCs w:val="20"/>
        </w:rPr>
        <w:tab/>
      </w:r>
      <w:r w:rsidRPr="00605C53">
        <w:rPr>
          <w:rFonts w:ascii="Times New Roman" w:hAnsi="Times New Roman" w:cs="Times New Roman"/>
          <w:color w:val="000000" w:themeColor="text1"/>
          <w:szCs w:val="20"/>
        </w:rPr>
        <w:tab/>
      </w:r>
      <w:r w:rsidRPr="00605C53">
        <w:rPr>
          <w:rFonts w:ascii="Times New Roman" w:hAnsi="Times New Roman" w:cs="Times New Roman"/>
          <w:color w:val="000000" w:themeColor="text1"/>
          <w:szCs w:val="20"/>
        </w:rPr>
        <w:tab/>
      </w:r>
    </w:p>
    <w:p w14:paraId="6CC28851" w14:textId="5453EC41" w:rsidR="007C17E1" w:rsidRPr="00605C53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Cs w:val="20"/>
        </w:rPr>
        <w:t xml:space="preserve">Sınıf Ara Sınav Not Ortalaması: </w:t>
      </w:r>
    </w:p>
    <w:p w14:paraId="2A07CC60" w14:textId="50A8CBC1" w:rsidR="007C17E1" w:rsidRPr="00605C53" w:rsidRDefault="00BD6866" w:rsidP="007C17E1">
      <w:pPr>
        <w:rPr>
          <w:rFonts w:ascii="Times New Roman" w:hAnsi="Times New Roman" w:cs="Times New Roman"/>
          <w:color w:val="000000" w:themeColor="text1"/>
          <w:szCs w:val="20"/>
        </w:rPr>
      </w:pPr>
      <w:r>
        <w:rPr>
          <w:rFonts w:ascii="Times New Roman" w:hAnsi="Times New Roman" w:cs="Times New Roman"/>
          <w:color w:val="000000" w:themeColor="text1"/>
          <w:szCs w:val="20"/>
        </w:rPr>
        <w:t>Öğrenci No</w:t>
      </w:r>
      <w:r w:rsidR="007C17E1" w:rsidRPr="00605C53">
        <w:rPr>
          <w:rFonts w:ascii="Times New Roman" w:hAnsi="Times New Roman" w:cs="Times New Roman"/>
          <w:color w:val="000000" w:themeColor="text1"/>
          <w:szCs w:val="20"/>
        </w:rPr>
        <w:t>:</w:t>
      </w:r>
    </w:p>
    <w:p w14:paraId="74C7351D" w14:textId="15B1BF57" w:rsidR="007C17E1" w:rsidRPr="00605C53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Cs w:val="20"/>
        </w:rPr>
        <w:t>Adı-Soyadı:</w:t>
      </w:r>
    </w:p>
    <w:p w14:paraId="51CD70DF" w14:textId="0931E0FF" w:rsidR="007C17E1" w:rsidRPr="00605C53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Cs w:val="20"/>
        </w:rPr>
        <w:t>Ara Sınav Notu:</w:t>
      </w:r>
    </w:p>
    <w:p w14:paraId="516FF7EC" w14:textId="77777777" w:rsidR="007C17E1" w:rsidRPr="00605C53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Cs w:val="20"/>
        </w:rPr>
        <w:t>Öğrencinin Ara Sınav Notunun Düşük Olmasının Nedeni:</w:t>
      </w:r>
    </w:p>
    <w:p w14:paraId="738E2C2B" w14:textId="172A9555" w:rsidR="007C17E1" w:rsidRPr="00605C53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304168CE" w14:textId="77777777" w:rsidR="007C17E1" w:rsidRPr="00605C53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71313B22" w14:textId="7256282A" w:rsidR="007C17E1" w:rsidRPr="00605C53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  <w:r w:rsidRPr="00605C53">
        <w:rPr>
          <w:rFonts w:ascii="Times New Roman" w:hAnsi="Times New Roman" w:cs="Times New Roman"/>
          <w:color w:val="000000" w:themeColor="text1"/>
          <w:szCs w:val="20"/>
        </w:rPr>
        <w:t>Öğrencinin Başarısını Artırmak için Uygulanan Girişim:</w:t>
      </w:r>
    </w:p>
    <w:p w14:paraId="08B67F3E" w14:textId="77777777" w:rsidR="007C17E1" w:rsidRPr="00605C53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5C3C129D" w14:textId="77777777" w:rsidR="007C17E1" w:rsidRPr="00605C53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0F980ADF" w14:textId="77777777" w:rsidR="007C17E1" w:rsidRPr="00605C53" w:rsidRDefault="007C17E1" w:rsidP="007C17E1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37B0BBE9" w14:textId="0F474AC8" w:rsidR="00722B2C" w:rsidRDefault="00335F74">
      <w:pPr>
        <w:rPr>
          <w:rFonts w:ascii="Times New Roman" w:hAnsi="Times New Roman" w:cs="Times New Roman"/>
          <w:color w:val="000000" w:themeColor="text1"/>
          <w:szCs w:val="20"/>
        </w:rPr>
      </w:pPr>
      <w:r>
        <w:rPr>
          <w:rFonts w:ascii="Times New Roman" w:hAnsi="Times New Roman" w:cs="Times New Roman"/>
          <w:color w:val="000000" w:themeColor="text1"/>
          <w:szCs w:val="20"/>
        </w:rPr>
        <w:t>Klinik Uygulama/</w:t>
      </w:r>
      <w:r w:rsidR="00BD6866">
        <w:rPr>
          <w:rFonts w:ascii="Times New Roman" w:hAnsi="Times New Roman" w:cs="Times New Roman"/>
          <w:color w:val="000000" w:themeColor="text1"/>
          <w:szCs w:val="20"/>
        </w:rPr>
        <w:t>Final/Bütünleme</w:t>
      </w:r>
      <w:r w:rsidR="007C17E1" w:rsidRPr="00605C53">
        <w:rPr>
          <w:rFonts w:ascii="Times New Roman" w:hAnsi="Times New Roman" w:cs="Times New Roman"/>
          <w:color w:val="000000" w:themeColor="text1"/>
          <w:szCs w:val="20"/>
        </w:rPr>
        <w:t xml:space="preserve"> Sınav Notu: </w:t>
      </w:r>
    </w:p>
    <w:p w14:paraId="3D0C9CD2" w14:textId="77777777" w:rsidR="00353B75" w:rsidRDefault="00353B75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4A6C38D7" w14:textId="34CD72A3" w:rsidR="00722B2C" w:rsidRDefault="00722B2C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48B3AB95" w14:textId="0F6F775D" w:rsidR="00722B2C" w:rsidRPr="00722B2C" w:rsidRDefault="00722B2C" w:rsidP="00722B2C">
      <w:pPr>
        <w:jc w:val="right"/>
        <w:rPr>
          <w:rFonts w:ascii="Times New Roman" w:hAnsi="Times New Roman" w:cs="Times New Roman"/>
          <w:b/>
          <w:color w:val="000000" w:themeColor="text1"/>
          <w:szCs w:val="20"/>
        </w:rPr>
      </w:pPr>
      <w:r w:rsidRPr="00722B2C">
        <w:rPr>
          <w:rFonts w:ascii="Times New Roman" w:hAnsi="Times New Roman" w:cs="Times New Roman"/>
          <w:b/>
          <w:color w:val="000000" w:themeColor="text1"/>
          <w:szCs w:val="20"/>
        </w:rPr>
        <w:t>Öğretim Üyesi imzası</w:t>
      </w:r>
    </w:p>
    <w:sectPr w:rsidR="00722B2C" w:rsidRPr="00722B2C" w:rsidSect="00605C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EBF2B" w14:textId="77777777" w:rsidR="00DC66D2" w:rsidRDefault="00DC66D2" w:rsidP="008D3F60">
      <w:pPr>
        <w:spacing w:after="0" w:line="240" w:lineRule="auto"/>
      </w:pPr>
      <w:r>
        <w:separator/>
      </w:r>
    </w:p>
  </w:endnote>
  <w:endnote w:type="continuationSeparator" w:id="0">
    <w:p w14:paraId="4EAE53E9" w14:textId="77777777" w:rsidR="00DC66D2" w:rsidRDefault="00DC66D2" w:rsidP="008D3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24504" w14:textId="77777777" w:rsidR="0039619C" w:rsidRDefault="0039619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570857"/>
      <w:docPartObj>
        <w:docPartGallery w:val="Page Numbers (Bottom of Page)"/>
        <w:docPartUnique/>
      </w:docPartObj>
    </w:sdtPr>
    <w:sdtContent>
      <w:p w14:paraId="7E63330E" w14:textId="04DD034B" w:rsidR="0039106D" w:rsidRDefault="0039106D" w:rsidP="0039106D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671">
          <w:rPr>
            <w:noProof/>
          </w:rPr>
          <w:t>2</w:t>
        </w:r>
        <w:r>
          <w:fldChar w:fldCharType="end"/>
        </w:r>
      </w:p>
    </w:sdtContent>
  </w:sdt>
  <w:tbl>
    <w:tblPr>
      <w:tblStyle w:val="TabloKlavuzu"/>
      <w:tblW w:w="9493" w:type="dxa"/>
      <w:tblLook w:val="04A0" w:firstRow="1" w:lastRow="0" w:firstColumn="1" w:lastColumn="0" w:noHBand="0" w:noVBand="1"/>
    </w:tblPr>
    <w:tblGrid>
      <w:gridCol w:w="3064"/>
      <w:gridCol w:w="3064"/>
      <w:gridCol w:w="3365"/>
    </w:tblGrid>
    <w:tr w:rsidR="0039106D" w:rsidRPr="0072479C" w14:paraId="30A1A7FE" w14:textId="77777777" w:rsidTr="004D5EAA">
      <w:tc>
        <w:tcPr>
          <w:tcW w:w="3064" w:type="dxa"/>
          <w:vAlign w:val="center"/>
        </w:tcPr>
        <w:p w14:paraId="3EAA9486" w14:textId="77777777" w:rsidR="0039106D" w:rsidRPr="0072479C" w:rsidRDefault="0039106D" w:rsidP="0039106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110BD03" w14:textId="77777777" w:rsidR="0039106D" w:rsidRPr="0072479C" w:rsidRDefault="0039106D" w:rsidP="0039106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A2FD7E1" w14:textId="77777777" w:rsidR="0039106D" w:rsidRDefault="0039106D" w:rsidP="0039106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HEMŞİRELİK BÖLÜMÜ</w:t>
          </w:r>
        </w:p>
        <w:p w14:paraId="4879D0FE" w14:textId="77777777" w:rsidR="0039106D" w:rsidRPr="0072479C" w:rsidRDefault="0039106D" w:rsidP="0039106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064" w:type="dxa"/>
          <w:vAlign w:val="center"/>
        </w:tcPr>
        <w:p w14:paraId="04537C97" w14:textId="77777777" w:rsidR="0039106D" w:rsidRPr="0072479C" w:rsidRDefault="0039106D" w:rsidP="0039106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11DF57F1" w14:textId="77777777" w:rsidR="0039106D" w:rsidRPr="0072479C" w:rsidRDefault="0039106D" w:rsidP="0039106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11F29CDC" w14:textId="05F7F298" w:rsidR="0039106D" w:rsidRPr="0072479C" w:rsidRDefault="00FF485C" w:rsidP="00FF485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SBF Dekanı</w:t>
          </w: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br/>
            <w:t>Prof. Dr. Gülay UZUN</w:t>
          </w:r>
        </w:p>
      </w:tc>
      <w:tc>
        <w:tcPr>
          <w:tcW w:w="3365" w:type="dxa"/>
          <w:vAlign w:val="center"/>
        </w:tcPr>
        <w:p w14:paraId="23786E8D" w14:textId="77777777" w:rsidR="0039106D" w:rsidRPr="0072479C" w:rsidRDefault="0039106D" w:rsidP="0039106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5E35EDC3" w14:textId="77777777" w:rsidR="0039106D" w:rsidRPr="0072479C" w:rsidRDefault="0039106D" w:rsidP="0039106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5EF4A2C" w14:textId="77777777" w:rsidR="0039106D" w:rsidRPr="0072479C" w:rsidRDefault="0039106D" w:rsidP="0039106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57FD6F3F" w14:textId="77777777" w:rsidR="0039106D" w:rsidRPr="0072479C" w:rsidRDefault="0039106D" w:rsidP="0039106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4B68886" w14:textId="77777777" w:rsidR="0039106D" w:rsidRPr="0072479C" w:rsidRDefault="0039106D" w:rsidP="0039106D">
    <w:pPr>
      <w:pStyle w:val="AltBilgi"/>
      <w:rPr>
        <w:rFonts w:ascii="Times New Roman" w:hAnsi="Times New Roman" w:cs="Times New Roman"/>
        <w:b/>
        <w:bCs/>
        <w:color w:val="1F497D" w:themeColor="text2"/>
        <w:sz w:val="16"/>
        <w:szCs w:val="16"/>
      </w:rPr>
    </w:pPr>
  </w:p>
  <w:p w14:paraId="29A060EF" w14:textId="77777777" w:rsidR="0039106D" w:rsidRPr="00C14B43" w:rsidRDefault="0039106D" w:rsidP="0039106D">
    <w:pPr>
      <w:pStyle w:val="AltBilgi"/>
      <w:rPr>
        <w:rFonts w:ascii="Times New Roman" w:hAnsi="Times New Roman" w:cs="Times New Roman"/>
        <w:sz w:val="16"/>
        <w:szCs w:val="16"/>
      </w:rPr>
    </w:pPr>
    <w:r w:rsidRPr="00C14B43">
      <w:rPr>
        <w:rFonts w:ascii="Times New Roman" w:hAnsi="Times New Roman" w:cs="Times New Roman"/>
        <w:b/>
        <w:bCs/>
        <w:sz w:val="16"/>
        <w:szCs w:val="16"/>
      </w:rPr>
      <w:t>Adres:</w:t>
    </w:r>
    <w:r w:rsidRPr="00C14B43">
      <w:rPr>
        <w:rFonts w:ascii="Times New Roman" w:hAnsi="Times New Roman" w:cs="Times New Roman"/>
        <w:sz w:val="16"/>
        <w:szCs w:val="16"/>
      </w:rPr>
      <w:t xml:space="preserve"> Yüksek İhtisas Üniversitesi Rektörlüğü 06530                                                                                         </w:t>
    </w:r>
    <w:r w:rsidRPr="00C14B43">
      <w:rPr>
        <w:rFonts w:ascii="Times New Roman" w:hAnsi="Times New Roman" w:cs="Times New Roman"/>
        <w:sz w:val="16"/>
        <w:szCs w:val="16"/>
      </w:rPr>
      <w:tab/>
      <w:t xml:space="preserve"> </w:t>
    </w:r>
    <w:r w:rsidRPr="00C14B43">
      <w:rPr>
        <w:rFonts w:ascii="Times New Roman" w:hAnsi="Times New Roman" w:cs="Times New Roman"/>
        <w:b/>
        <w:bCs/>
        <w:sz w:val="16"/>
        <w:szCs w:val="16"/>
      </w:rPr>
      <w:t>Telefon:</w:t>
    </w:r>
    <w:r w:rsidRPr="00C14B43">
      <w:rPr>
        <w:rFonts w:ascii="Times New Roman" w:hAnsi="Times New Roman" w:cs="Times New Roman"/>
        <w:sz w:val="16"/>
        <w:szCs w:val="16"/>
      </w:rPr>
      <w:t xml:space="preserve"> 0312 329 10 10</w:t>
    </w:r>
  </w:p>
  <w:p w14:paraId="08B38C04" w14:textId="77777777" w:rsidR="0039106D" w:rsidRPr="00C14B43" w:rsidRDefault="0039106D" w:rsidP="0039106D">
    <w:pPr>
      <w:pStyle w:val="AltBilgi"/>
      <w:rPr>
        <w:rFonts w:ascii="Times New Roman" w:hAnsi="Times New Roman" w:cs="Times New Roman"/>
        <w:sz w:val="16"/>
        <w:szCs w:val="16"/>
      </w:rPr>
    </w:pPr>
    <w:r w:rsidRPr="00C14B43">
      <w:rPr>
        <w:rFonts w:ascii="Times New Roman" w:hAnsi="Times New Roman" w:cs="Times New Roman"/>
        <w:sz w:val="16"/>
        <w:szCs w:val="16"/>
      </w:rPr>
      <w:t xml:space="preserve">             Çankaya / Ankara                                                                                        </w:t>
    </w:r>
    <w:r w:rsidRPr="00C14B43">
      <w:rPr>
        <w:rFonts w:ascii="Times New Roman" w:hAnsi="Times New Roman" w:cs="Times New Roman"/>
        <w:sz w:val="16"/>
        <w:szCs w:val="16"/>
      </w:rPr>
      <w:tab/>
      <w:t xml:space="preserve">     </w:t>
    </w:r>
    <w:r w:rsidRPr="00C14B43">
      <w:rPr>
        <w:rFonts w:ascii="Times New Roman" w:hAnsi="Times New Roman" w:cs="Times New Roman"/>
        <w:b/>
        <w:bCs/>
        <w:sz w:val="16"/>
        <w:szCs w:val="16"/>
      </w:rPr>
      <w:t xml:space="preserve">İnternet Adresi: </w:t>
    </w:r>
    <w:r w:rsidRPr="00C14B43">
      <w:rPr>
        <w:rFonts w:ascii="Times New Roman" w:hAnsi="Times New Roman" w:cs="Times New Roman"/>
        <w:sz w:val="16"/>
        <w:szCs w:val="16"/>
      </w:rPr>
      <w:t xml:space="preserve"> www.yuksekihtisasuniversitesi.edu.tr</w:t>
    </w:r>
  </w:p>
  <w:p w14:paraId="6B0F2B19" w14:textId="77777777" w:rsidR="0039106D" w:rsidRPr="00C14B43" w:rsidRDefault="0039106D" w:rsidP="0039106D">
    <w:pPr>
      <w:pStyle w:val="AltBilgi"/>
      <w:rPr>
        <w:rFonts w:ascii="Times New Roman" w:hAnsi="Times New Roman" w:cs="Times New Roman"/>
        <w:sz w:val="16"/>
        <w:szCs w:val="16"/>
      </w:rPr>
    </w:pPr>
    <w:r w:rsidRPr="00C14B43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</w:t>
    </w:r>
    <w:r w:rsidRPr="00C14B43">
      <w:rPr>
        <w:rFonts w:ascii="Times New Roman" w:hAnsi="Times New Roman" w:cs="Times New Roman"/>
        <w:b/>
        <w:bCs/>
        <w:sz w:val="16"/>
        <w:szCs w:val="16"/>
      </w:rPr>
      <w:t>E-posta :</w:t>
    </w:r>
    <w:r w:rsidRPr="00C14B43">
      <w:rPr>
        <w:rFonts w:ascii="Times New Roman" w:hAnsi="Times New Roman" w:cs="Times New Roman"/>
        <w:sz w:val="16"/>
        <w:szCs w:val="16"/>
      </w:rPr>
      <w:t xml:space="preserve"> yiu@yiu.edu.tr</w:t>
    </w:r>
  </w:p>
  <w:p w14:paraId="437F64A5" w14:textId="50F2CF32" w:rsidR="0039106D" w:rsidRPr="00C14B43" w:rsidRDefault="0039106D" w:rsidP="0039106D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C14B43">
      <w:rPr>
        <w:rFonts w:ascii="Times New Roman" w:hAnsi="Times New Roman" w:cs="Times New Roman"/>
        <w:sz w:val="16"/>
        <w:szCs w:val="16"/>
      </w:rPr>
      <w:tab/>
      <w:t xml:space="preserve">   Sayfa </w:t>
    </w:r>
    <w:r w:rsidRPr="00C14B43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C14B43">
      <w:rPr>
        <w:rFonts w:ascii="Times New Roman" w:hAnsi="Times New Roman" w:cs="Times New Roman"/>
        <w:b/>
        <w:bCs/>
        <w:sz w:val="16"/>
        <w:szCs w:val="16"/>
      </w:rPr>
      <w:instrText>PAGE  \* Arabic  \* MERGEFORMAT</w:instrText>
    </w:r>
    <w:r w:rsidRPr="00C14B43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="00FC1671">
      <w:rPr>
        <w:rFonts w:ascii="Times New Roman" w:hAnsi="Times New Roman" w:cs="Times New Roman"/>
        <w:b/>
        <w:bCs/>
        <w:noProof/>
        <w:sz w:val="16"/>
        <w:szCs w:val="16"/>
      </w:rPr>
      <w:t>2</w:t>
    </w:r>
    <w:r w:rsidRPr="00C14B43">
      <w:rPr>
        <w:rFonts w:ascii="Times New Roman" w:hAnsi="Times New Roman" w:cs="Times New Roman"/>
        <w:b/>
        <w:bCs/>
        <w:sz w:val="16"/>
        <w:szCs w:val="16"/>
      </w:rPr>
      <w:fldChar w:fldCharType="end"/>
    </w:r>
    <w:r w:rsidRPr="00C14B43">
      <w:rPr>
        <w:rFonts w:ascii="Times New Roman" w:hAnsi="Times New Roman" w:cs="Times New Roman"/>
        <w:sz w:val="16"/>
        <w:szCs w:val="16"/>
      </w:rPr>
      <w:t xml:space="preserve"> / </w:t>
    </w:r>
    <w:r w:rsidRPr="00C14B43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C14B43">
      <w:rPr>
        <w:rFonts w:ascii="Times New Roman" w:hAnsi="Times New Roman" w:cs="Times New Roman"/>
        <w:b/>
        <w:bCs/>
        <w:sz w:val="16"/>
        <w:szCs w:val="16"/>
      </w:rPr>
      <w:instrText>NUMPAGES  \* Arabic  \* MERGEFORMAT</w:instrText>
    </w:r>
    <w:r w:rsidRPr="00C14B43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="00FC1671">
      <w:rPr>
        <w:rFonts w:ascii="Times New Roman" w:hAnsi="Times New Roman" w:cs="Times New Roman"/>
        <w:b/>
        <w:bCs/>
        <w:noProof/>
        <w:sz w:val="16"/>
        <w:szCs w:val="16"/>
      </w:rPr>
      <w:t>3</w:t>
    </w:r>
    <w:r w:rsidRPr="00C14B43">
      <w:rPr>
        <w:rFonts w:ascii="Times New Roman" w:hAnsi="Times New Roman" w:cs="Times New Roman"/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5C0A8" w14:textId="77777777" w:rsidR="0039619C" w:rsidRDefault="0039619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D02A7" w14:textId="77777777" w:rsidR="00DC66D2" w:rsidRDefault="00DC66D2" w:rsidP="008D3F60">
      <w:pPr>
        <w:spacing w:after="0" w:line="240" w:lineRule="auto"/>
      </w:pPr>
      <w:r>
        <w:separator/>
      </w:r>
    </w:p>
  </w:footnote>
  <w:footnote w:type="continuationSeparator" w:id="0">
    <w:p w14:paraId="1D8B0B1D" w14:textId="77777777" w:rsidR="00DC66D2" w:rsidRDefault="00DC66D2" w:rsidP="008D3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7F92E" w14:textId="77777777" w:rsidR="0039619C" w:rsidRDefault="0039619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495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9"/>
      <w:gridCol w:w="4396"/>
      <w:gridCol w:w="3120"/>
    </w:tblGrid>
    <w:tr w:rsidR="008D3F60" w:rsidRPr="00FE3DCB" w14:paraId="6240CDC6" w14:textId="77777777" w:rsidTr="00294622">
      <w:trPr>
        <w:trHeight w:val="686"/>
      </w:trPr>
      <w:tc>
        <w:tcPr>
          <w:tcW w:w="2979" w:type="dxa"/>
          <w:vAlign w:val="bottom"/>
        </w:tcPr>
        <w:p w14:paraId="1CBE0E10" w14:textId="77777777" w:rsidR="008D3F60" w:rsidRPr="00FE3DCB" w:rsidRDefault="008D3F60" w:rsidP="008D3F60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lang w:val="tr-TR" w:eastAsia="tr-TR"/>
            </w:rPr>
            <w:drawing>
              <wp:anchor distT="0" distB="0" distL="114300" distR="114300" simplePos="0" relativeHeight="251659264" behindDoc="0" locked="0" layoutInCell="1" allowOverlap="1" wp14:anchorId="6B231CF6" wp14:editId="3D1B091F">
                <wp:simplePos x="0" y="0"/>
                <wp:positionH relativeFrom="margin">
                  <wp:posOffset>71120</wp:posOffset>
                </wp:positionH>
                <wp:positionV relativeFrom="margin">
                  <wp:posOffset>113665</wp:posOffset>
                </wp:positionV>
                <wp:extent cx="1640840" cy="614680"/>
                <wp:effectExtent l="0" t="0" r="0" b="0"/>
                <wp:wrapSquare wrapText="bothSides"/>
                <wp:docPr id="1" name="Resim 1" descr="grafik, grafik tasarım, yazı tipi, tasarım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5200913" name="Resim 1" descr="grafik, grafik tasarım, yazı tipi, tasarım içeren bir resim&#10;&#10;Yapay zeka tarafından oluşturulan içerik yanlış olabilir.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150" b="14284"/>
                        <a:stretch/>
                      </pic:blipFill>
                      <pic:spPr bwMode="auto">
                        <a:xfrm>
                          <a:off x="0" y="0"/>
                          <a:ext cx="1640840" cy="6146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22E2BD7" w14:textId="77777777" w:rsidR="008D3F60" w:rsidRPr="00FE3DCB" w:rsidRDefault="008D3F60" w:rsidP="008D3F60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4396" w:type="dxa"/>
        </w:tcPr>
        <w:p w14:paraId="69B0D244" w14:textId="77777777" w:rsidR="001B4BFA" w:rsidRPr="00781DC4" w:rsidRDefault="001B4BFA" w:rsidP="008D3F60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781DC4">
            <w:rPr>
              <w:rFonts w:ascii="Times New Roman" w:hAnsi="Times New Roman" w:cs="Times New Roman"/>
              <w:b/>
              <w:bCs/>
            </w:rPr>
            <w:t>T.C.</w:t>
          </w:r>
        </w:p>
        <w:p w14:paraId="4E904901" w14:textId="6CBEAAF1" w:rsidR="008D3F60" w:rsidRPr="00781DC4" w:rsidRDefault="008D3F60" w:rsidP="008D3F60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781DC4">
            <w:rPr>
              <w:rFonts w:ascii="Times New Roman" w:hAnsi="Times New Roman" w:cs="Times New Roman"/>
              <w:b/>
              <w:bCs/>
            </w:rPr>
            <w:t>YÜKSEK İHTİSAS ÜNİVERSİTESİ</w:t>
          </w:r>
        </w:p>
        <w:p w14:paraId="7AEBF5FB" w14:textId="01E791E9" w:rsidR="008D3F60" w:rsidRPr="00895B4D" w:rsidRDefault="008D3F60" w:rsidP="00895B4D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781DC4">
            <w:rPr>
              <w:rFonts w:ascii="Times New Roman" w:hAnsi="Times New Roman" w:cs="Times New Roman"/>
              <w:b/>
              <w:bCs/>
            </w:rPr>
            <w:t xml:space="preserve">SAĞLIK BİLİMLERİ FAKÜLTESİ </w:t>
          </w:r>
          <w:r w:rsidR="00895B4D">
            <w:rPr>
              <w:rFonts w:ascii="Times New Roman" w:hAnsi="Times New Roman" w:cs="Times New Roman"/>
              <w:b/>
              <w:bCs/>
            </w:rPr>
            <w:t>ÖĞRENCİNİN ÖĞRENME MOTİVASYONUNU VE AKADEMİK BAŞARISINI DEĞERLENDİRME FORMU</w:t>
          </w:r>
        </w:p>
      </w:tc>
      <w:tc>
        <w:tcPr>
          <w:tcW w:w="3120" w:type="dxa"/>
        </w:tcPr>
        <w:tbl>
          <w:tblPr>
            <w:tblStyle w:val="TabloKlavuzu"/>
            <w:tblpPr w:leftFromText="141" w:rightFromText="141" w:horzAnchor="margin" w:tblpY="630"/>
            <w:tblOverlap w:val="never"/>
            <w:tblW w:w="2694" w:type="dxa"/>
            <w:tblLook w:val="04A0" w:firstRow="1" w:lastRow="0" w:firstColumn="1" w:lastColumn="0" w:noHBand="0" w:noVBand="1"/>
          </w:tblPr>
          <w:tblGrid>
            <w:gridCol w:w="1276"/>
            <w:gridCol w:w="1418"/>
          </w:tblGrid>
          <w:tr w:rsidR="008D3F60" w:rsidRPr="00B52F1E" w14:paraId="03AA0DFC" w14:textId="77777777" w:rsidTr="004D5EAA">
            <w:trPr>
              <w:trHeight w:hRule="exact" w:val="198"/>
            </w:trPr>
            <w:tc>
              <w:tcPr>
                <w:tcW w:w="1276" w:type="dxa"/>
                <w:vAlign w:val="center"/>
              </w:tcPr>
              <w:p w14:paraId="4948AA60" w14:textId="77777777" w:rsidR="008D3F60" w:rsidRPr="002078B7" w:rsidRDefault="008D3F60" w:rsidP="008D3F60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2078B7">
                  <w:rPr>
                    <w:rFonts w:ascii="Times New Roman" w:hAnsi="Times New Roman" w:cs="Times New Roman"/>
                    <w:sz w:val="16"/>
                    <w:szCs w:val="16"/>
                  </w:rPr>
                  <w:t>Doküman No</w:t>
                </w:r>
              </w:p>
            </w:tc>
            <w:tc>
              <w:tcPr>
                <w:tcW w:w="1418" w:type="dxa"/>
                <w:vAlign w:val="center"/>
              </w:tcPr>
              <w:p w14:paraId="03BCF906" w14:textId="3EAE08A4" w:rsidR="008D3F60" w:rsidRPr="002078B7" w:rsidRDefault="003217F7" w:rsidP="008D3F60">
                <w:pPr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</w:pPr>
                <w:r w:rsidRPr="003217F7"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SBF.FRM.00</w:t>
                </w:r>
                <w:r w:rsidR="0039619C"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76</w:t>
                </w:r>
              </w:p>
            </w:tc>
          </w:tr>
          <w:tr w:rsidR="008D3F60" w:rsidRPr="00B52F1E" w14:paraId="1ABBF30F" w14:textId="77777777" w:rsidTr="004D5EAA">
            <w:trPr>
              <w:trHeight w:hRule="exact" w:val="198"/>
            </w:trPr>
            <w:tc>
              <w:tcPr>
                <w:tcW w:w="1276" w:type="dxa"/>
                <w:vAlign w:val="center"/>
              </w:tcPr>
              <w:p w14:paraId="2DE735DE" w14:textId="77777777" w:rsidR="008D3F60" w:rsidRPr="002078B7" w:rsidRDefault="008D3F60" w:rsidP="008D3F60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2078B7">
                  <w:rPr>
                    <w:rFonts w:ascii="Times New Roman" w:hAnsi="Times New Roman" w:cs="Times New Roman"/>
                    <w:sz w:val="16"/>
                    <w:szCs w:val="16"/>
                  </w:rPr>
                  <w:t>Yayın Tarihi</w:t>
                </w:r>
              </w:p>
            </w:tc>
            <w:tc>
              <w:tcPr>
                <w:tcW w:w="1418" w:type="dxa"/>
                <w:vAlign w:val="center"/>
              </w:tcPr>
              <w:p w14:paraId="1A0A5DC4" w14:textId="6ACE1FB6" w:rsidR="008D3F60" w:rsidRPr="002078B7" w:rsidRDefault="00DE32AB" w:rsidP="008D3F60">
                <w:pPr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15.06.2026</w:t>
                </w:r>
              </w:p>
            </w:tc>
          </w:tr>
          <w:tr w:rsidR="008D3F60" w:rsidRPr="00B52F1E" w14:paraId="5CE43543" w14:textId="77777777" w:rsidTr="004D5EAA">
            <w:trPr>
              <w:trHeight w:hRule="exact" w:val="198"/>
            </w:trPr>
            <w:tc>
              <w:tcPr>
                <w:tcW w:w="1276" w:type="dxa"/>
                <w:vAlign w:val="center"/>
              </w:tcPr>
              <w:p w14:paraId="37684B89" w14:textId="77777777" w:rsidR="008D3F60" w:rsidRPr="002078B7" w:rsidRDefault="008D3F60" w:rsidP="008D3F60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2078B7">
                  <w:rPr>
                    <w:rFonts w:ascii="Times New Roman" w:hAnsi="Times New Roman" w:cs="Times New Roman"/>
                    <w:sz w:val="16"/>
                    <w:szCs w:val="16"/>
                  </w:rPr>
                  <w:t>Revizyon Tarihi</w:t>
                </w:r>
              </w:p>
            </w:tc>
            <w:tc>
              <w:tcPr>
                <w:tcW w:w="1418" w:type="dxa"/>
                <w:vAlign w:val="center"/>
              </w:tcPr>
              <w:p w14:paraId="37268C61" w14:textId="05C35916" w:rsidR="008D3F60" w:rsidRPr="002078B7" w:rsidRDefault="0039619C" w:rsidP="008D3F60">
                <w:pPr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15.06.2026</w:t>
                </w:r>
              </w:p>
            </w:tc>
          </w:tr>
          <w:tr w:rsidR="008D3F60" w:rsidRPr="00B52F1E" w14:paraId="35590C6E" w14:textId="77777777" w:rsidTr="004D5EAA">
            <w:trPr>
              <w:trHeight w:hRule="exact" w:val="198"/>
            </w:trPr>
            <w:tc>
              <w:tcPr>
                <w:tcW w:w="1276" w:type="dxa"/>
                <w:vAlign w:val="center"/>
              </w:tcPr>
              <w:p w14:paraId="39DC24E1" w14:textId="77777777" w:rsidR="008D3F60" w:rsidRPr="002078B7" w:rsidRDefault="008D3F60" w:rsidP="008D3F60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2078B7">
                  <w:rPr>
                    <w:rFonts w:ascii="Times New Roman" w:hAnsi="Times New Roman" w:cs="Times New Roman"/>
                    <w:sz w:val="16"/>
                    <w:szCs w:val="16"/>
                  </w:rPr>
                  <w:t>Revizyon No</w:t>
                </w:r>
              </w:p>
            </w:tc>
            <w:tc>
              <w:tcPr>
                <w:tcW w:w="1418" w:type="dxa"/>
                <w:vAlign w:val="center"/>
              </w:tcPr>
              <w:p w14:paraId="4D7FA7E6" w14:textId="730711FB" w:rsidR="008D3F60" w:rsidRPr="002078B7" w:rsidRDefault="0039619C" w:rsidP="008D3F60">
                <w:pPr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1</w:t>
                </w:r>
              </w:p>
            </w:tc>
          </w:tr>
        </w:tbl>
        <w:p w14:paraId="343EA4B0" w14:textId="77777777" w:rsidR="008D3F60" w:rsidRPr="00FE3DCB" w:rsidRDefault="008D3F60" w:rsidP="008D3F60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</w:tr>
  </w:tbl>
  <w:p w14:paraId="6C14AAD3" w14:textId="77777777" w:rsidR="008D3F60" w:rsidRDefault="008D3F60" w:rsidP="008D3F6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373EA" w14:textId="77777777" w:rsidR="0039619C" w:rsidRDefault="0039619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DE5E1E"/>
    <w:multiLevelType w:val="hybridMultilevel"/>
    <w:tmpl w:val="8FBC808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7541767">
    <w:abstractNumId w:val="8"/>
  </w:num>
  <w:num w:numId="2" w16cid:durableId="1796831811">
    <w:abstractNumId w:val="6"/>
  </w:num>
  <w:num w:numId="3" w16cid:durableId="899442333">
    <w:abstractNumId w:val="5"/>
  </w:num>
  <w:num w:numId="4" w16cid:durableId="1644391022">
    <w:abstractNumId w:val="4"/>
  </w:num>
  <w:num w:numId="5" w16cid:durableId="271784403">
    <w:abstractNumId w:val="7"/>
  </w:num>
  <w:num w:numId="6" w16cid:durableId="2080203605">
    <w:abstractNumId w:val="3"/>
  </w:num>
  <w:num w:numId="7" w16cid:durableId="2030521929">
    <w:abstractNumId w:val="2"/>
  </w:num>
  <w:num w:numId="8" w16cid:durableId="2008555406">
    <w:abstractNumId w:val="1"/>
  </w:num>
  <w:num w:numId="9" w16cid:durableId="583613431">
    <w:abstractNumId w:val="0"/>
  </w:num>
  <w:num w:numId="10" w16cid:durableId="1139889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AE0"/>
    <w:rsid w:val="0015074B"/>
    <w:rsid w:val="00160D54"/>
    <w:rsid w:val="001B4BFA"/>
    <w:rsid w:val="002101AC"/>
    <w:rsid w:val="00294622"/>
    <w:rsid w:val="0029639D"/>
    <w:rsid w:val="002C588B"/>
    <w:rsid w:val="003217F7"/>
    <w:rsid w:val="00326F90"/>
    <w:rsid w:val="00335F74"/>
    <w:rsid w:val="00353B75"/>
    <w:rsid w:val="00355799"/>
    <w:rsid w:val="0039106D"/>
    <w:rsid w:val="0039619C"/>
    <w:rsid w:val="0040238F"/>
    <w:rsid w:val="00471020"/>
    <w:rsid w:val="0054484C"/>
    <w:rsid w:val="00605C53"/>
    <w:rsid w:val="00631C12"/>
    <w:rsid w:val="006C51B1"/>
    <w:rsid w:val="00722B2C"/>
    <w:rsid w:val="00781DC4"/>
    <w:rsid w:val="007C17E1"/>
    <w:rsid w:val="00833C9D"/>
    <w:rsid w:val="00895B4D"/>
    <w:rsid w:val="008D3F60"/>
    <w:rsid w:val="00A31194"/>
    <w:rsid w:val="00A9786B"/>
    <w:rsid w:val="00AA1D8D"/>
    <w:rsid w:val="00B37BDB"/>
    <w:rsid w:val="00B47730"/>
    <w:rsid w:val="00B9414D"/>
    <w:rsid w:val="00BD6866"/>
    <w:rsid w:val="00BF003A"/>
    <w:rsid w:val="00C0163E"/>
    <w:rsid w:val="00C14B43"/>
    <w:rsid w:val="00C41198"/>
    <w:rsid w:val="00C71644"/>
    <w:rsid w:val="00CB0664"/>
    <w:rsid w:val="00D603A1"/>
    <w:rsid w:val="00D8660C"/>
    <w:rsid w:val="00DC66D2"/>
    <w:rsid w:val="00DE32AB"/>
    <w:rsid w:val="00EA3F14"/>
    <w:rsid w:val="00EB4335"/>
    <w:rsid w:val="00F337DF"/>
    <w:rsid w:val="00FC0387"/>
    <w:rsid w:val="00FC1671"/>
    <w:rsid w:val="00FC693F"/>
    <w:rsid w:val="00FF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F22397"/>
  <w14:defaultImageDpi w14:val="300"/>
  <w15:docId w15:val="{3D71519D-EA5E-4376-A392-5C05F3C3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tabs>
        <w:tab w:val="clear" w:pos="720"/>
        <w:tab w:val="num" w:pos="360"/>
      </w:tabs>
      <w:ind w:left="0" w:firstLine="0"/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6A981D-E202-412B-8944-4AAFB65B9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1851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umut irem akçay</cp:lastModifiedBy>
  <cp:revision>2</cp:revision>
  <dcterms:created xsi:type="dcterms:W3CDTF">2026-06-15T09:41:00Z</dcterms:created>
  <dcterms:modified xsi:type="dcterms:W3CDTF">2026-06-15T09:41:00Z</dcterms:modified>
  <cp:category/>
</cp:coreProperties>
</file>